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80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color w:val="222222"/>
          <w:sz w:val="40"/>
          <w:u w:color="auto"/>
        </w:rPr>
        <w:t>고양시 소재 사업자등록 이행 확약서</w:t>
      </w:r>
    </w:p>
    <w:p>
      <w:pPr>
        <w:jc w:val="center"/>
        <w:spacing w:after="360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bCs/>
          <w:color w:val="666666"/>
          <w:sz w:val="28"/>
          <w:szCs w:val="28"/>
          <w:u w:color="auto"/>
        </w:rPr>
        <w:t>「고양 콘텐츠 팝업 페스타」 참가 신청 관련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3027"/>
        <w:gridCol w:w="6944"/>
      </w:tblGrid>
      <w:tr>
        <w:trPr>
          <w:trHeight w:val="662" w:hRule="atLeast"/>
        </w:trPr>
        <w:tc>
          <w:tcPr>
            <w:tcW w:w="3027" w:type="dxa"/>
            <w:tcBorders>
              <w:top w:val="single" w:sz="6" w:space="0" w:color="C7D9D4"/>
              <w:left w:val="single" w:sz="6" w:space="0" w:color="C7D9D4"/>
              <w:bottom w:val="single" w:sz="6" w:space="0" w:color="C7D9D4"/>
              <w:right w:val="single" w:sz="6" w:space="0" w:color="C7D9D4"/>
            </w:tcBorders>
            <w:shd w:val="clear" w:color="auto" w:fill="EEF7F4"/>
            <w:vAlign w:val="center"/>
          </w:tcPr>
          <w:p>
            <w:pPr>
              <w:jc w:val="center"/>
              <w:spacing w:after="0" w:before="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color w:val="222222"/>
                <w:sz w:val="20"/>
                <w:u w:color="auto"/>
              </w:rPr>
              <w:t>신청자 성명</w:t>
            </w:r>
          </w:p>
        </w:tc>
        <w:tc>
          <w:tcPr>
            <w:tcW w:w="6944" w:type="dxa"/>
            <w:tcBorders>
              <w:top w:val="single" w:sz="6" w:space="0" w:color="C7D9D4"/>
              <w:left w:val="single" w:sz="6" w:space="0" w:color="C7D9D4"/>
              <w:bottom w:val="single" w:sz="6" w:space="0" w:color="C7D9D4"/>
              <w:right w:val="single" w:sz="6" w:space="0" w:color="C7D9D4"/>
            </w:tcBorders>
            <w:vAlign w:val="center"/>
          </w:tcPr>
          <w:p>
            <w:pPr>
              <w:spacing w:after="0" w:before="0"/>
              <w:rPr>
                <w:rFonts w:ascii="맑은 고딕" w:eastAsia="맑은 고딕" w:hAnsi="맑은 고딕" w:cs="맑은 고딕" w:hint="default"/>
                <w:u w:color="auto"/>
              </w:rPr>
            </w:pPr>
          </w:p>
        </w:tc>
      </w:tr>
      <w:tr>
        <w:trPr>
          <w:trHeight w:val="662" w:hRule="atLeast"/>
        </w:trPr>
        <w:tc>
          <w:tcPr>
            <w:tcW w:w="3027" w:type="dxa"/>
            <w:tcBorders>
              <w:top w:val="single" w:sz="6" w:space="0" w:color="C7D9D4"/>
              <w:left w:val="single" w:sz="6" w:space="0" w:color="C7D9D4"/>
              <w:bottom w:val="single" w:sz="6" w:space="0" w:color="C7D9D4"/>
              <w:right w:val="single" w:sz="6" w:space="0" w:color="C7D9D4"/>
            </w:tcBorders>
            <w:shd w:val="clear" w:color="auto" w:fill="EEF7F4"/>
            <w:vAlign w:val="center"/>
          </w:tcPr>
          <w:p>
            <w:pPr>
              <w:jc w:val="center"/>
              <w:spacing w:after="0" w:before="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color w:val="222222"/>
                <w:sz w:val="20"/>
                <w:u w:color="auto"/>
              </w:rPr>
              <w:t>연락처</w:t>
            </w:r>
          </w:p>
        </w:tc>
        <w:tc>
          <w:tcPr>
            <w:tcW w:w="6944" w:type="dxa"/>
            <w:tcBorders>
              <w:top w:val="single" w:sz="6" w:space="0" w:color="C7D9D4"/>
              <w:left w:val="single" w:sz="6" w:space="0" w:color="C7D9D4"/>
              <w:bottom w:val="single" w:sz="6" w:space="0" w:color="C7D9D4"/>
              <w:right w:val="single" w:sz="6" w:space="0" w:color="C7D9D4"/>
            </w:tcBorders>
            <w:vAlign w:val="center"/>
          </w:tcPr>
          <w:p>
            <w:pPr>
              <w:spacing w:after="0" w:before="0"/>
              <w:rPr>
                <w:rFonts w:ascii="맑은 고딕" w:eastAsia="맑은 고딕" w:hAnsi="맑은 고딕" w:cs="맑은 고딕" w:hint="default"/>
                <w:u w:color="auto"/>
              </w:rPr>
            </w:pPr>
          </w:p>
        </w:tc>
      </w:tr>
      <w:tr>
        <w:trPr>
          <w:trHeight w:val="662" w:hRule="atLeast"/>
        </w:trPr>
        <w:tc>
          <w:tcPr>
            <w:tcW w:w="3027" w:type="dxa"/>
            <w:tcBorders>
              <w:top w:val="single" w:sz="6" w:space="0" w:color="C7D9D4"/>
              <w:left w:val="single" w:sz="6" w:space="0" w:color="C7D9D4"/>
              <w:bottom w:val="single" w:sz="6" w:space="0" w:color="C7D9D4"/>
              <w:right w:val="single" w:sz="6" w:space="0" w:color="C7D9D4"/>
            </w:tcBorders>
            <w:shd w:val="clear" w:color="auto" w:fill="EEF7F4"/>
            <w:vAlign w:val="center"/>
          </w:tcPr>
          <w:p>
            <w:pPr>
              <w:jc w:val="center"/>
              <w:spacing w:after="0" w:before="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color w:val="222222"/>
                <w:sz w:val="20"/>
                <w:u w:color="auto"/>
              </w:rPr>
              <w:t>현재 주소</w:t>
            </w:r>
          </w:p>
        </w:tc>
        <w:tc>
          <w:tcPr>
            <w:tcW w:w="6944" w:type="dxa"/>
            <w:tcBorders>
              <w:top w:val="single" w:sz="6" w:space="0" w:color="C7D9D4"/>
              <w:left w:val="single" w:sz="6" w:space="0" w:color="C7D9D4"/>
              <w:bottom w:val="single" w:sz="6" w:space="0" w:color="C7D9D4"/>
              <w:right w:val="single" w:sz="6" w:space="0" w:color="C7D9D4"/>
            </w:tcBorders>
            <w:vAlign w:val="center"/>
          </w:tcPr>
          <w:p>
            <w:pPr>
              <w:spacing w:after="0" w:before="0"/>
              <w:rPr>
                <w:rFonts w:ascii="맑은 고딕" w:eastAsia="맑은 고딕" w:hAnsi="맑은 고딕" w:cs="맑은 고딕" w:hint="default"/>
                <w:u w:color="auto"/>
              </w:rPr>
            </w:pPr>
          </w:p>
        </w:tc>
      </w:tr>
    </w:tbl>
    <w:p>
      <w:pPr>
        <w:spacing w:after="200" w:before="80" w:line="324" w:lineRule="auto"/>
        <w:rPr>
          <w:lang w:eastAsia="ko-KR"/>
          <w:rFonts w:ascii="맑은 고딕" w:eastAsia="맑은 고딕" w:hAnsi="맑은 고딕" w:cs="맑은 고딕" w:hint="eastAsia"/>
          <w:b/>
          <w:color w:val="222222"/>
          <w:sz w:val="22"/>
          <w:u w:color="auto"/>
          <w:rtl w:val="off"/>
        </w:rPr>
      </w:pPr>
    </w:p>
    <w:p>
      <w:pPr>
        <w:spacing w:after="200" w:before="80" w:line="324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color w:val="222222"/>
          <w:sz w:val="22"/>
          <w:u w:color="auto"/>
        </w:rPr>
        <w:t>본인은 「고양 콘텐츠 팝업 페스타」 참가 신청자로서, 현재 고양시 외 지역에 거주하고 있으나 최종 선정될 경우 아래 사항을 성실히 이행할 것을 확약합니다.</w:t>
      </w:r>
    </w:p>
    <w:p>
      <w:pPr>
        <w:ind w:left="170" w:hanging="170"/>
        <w:spacing w:after="140" w:line="324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color w:val="02815E"/>
          <w:sz w:val="21"/>
          <w:u w:color="auto"/>
        </w:rPr>
        <w:t xml:space="preserve">1. </w:t>
      </w:r>
      <w:r>
        <w:rPr>
          <w:rFonts w:ascii="맑은 고딕" w:eastAsia="맑은 고딕" w:hAnsi="맑은 고딕" w:cs="맑은 고딕"/>
          <w:b w:val="0"/>
          <w:color w:val="222222"/>
          <w:sz w:val="21"/>
          <w:u w:color="auto"/>
        </w:rPr>
        <w:t>최종 선정 시 운영사무국이 지정하는 기한 내에 고양시 소재로 사업자등록을 완료하겠습니다.</w:t>
      </w:r>
    </w:p>
    <w:p>
      <w:pPr>
        <w:ind w:left="170" w:hanging="170"/>
        <w:spacing w:after="140" w:line="324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color w:val="02815E"/>
          <w:sz w:val="21"/>
          <w:u w:color="auto"/>
        </w:rPr>
        <w:t xml:space="preserve">2. </w:t>
      </w:r>
      <w:r>
        <w:rPr>
          <w:rFonts w:ascii="맑은 고딕" w:eastAsia="맑은 고딕" w:hAnsi="맑은 고딕" w:cs="맑은 고딕"/>
          <w:b w:val="0"/>
          <w:color w:val="222222"/>
          <w:sz w:val="21"/>
          <w:u w:color="auto"/>
        </w:rPr>
        <w:t>사업자등록 완료 후 사업자등록증 등 관련 증빙서류를 운영사무국에 제출하겠습니다.</w:t>
      </w:r>
    </w:p>
    <w:p>
      <w:pPr>
        <w:ind w:left="170" w:hanging="170"/>
        <w:spacing w:after="140" w:line="324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color w:val="02815E"/>
          <w:sz w:val="21"/>
          <w:u w:color="auto"/>
        </w:rPr>
        <w:t xml:space="preserve">3. </w:t>
      </w:r>
      <w:r>
        <w:rPr>
          <w:rFonts w:ascii="맑은 고딕" w:eastAsia="맑은 고딕" w:hAnsi="맑은 고딕" w:cs="맑은 고딕"/>
          <w:b w:val="0"/>
          <w:color w:val="222222"/>
          <w:sz w:val="21"/>
          <w:u w:color="auto"/>
        </w:rPr>
        <w:t>지정된 기한 내 사업자등록을 완료하지 못하거나 제출한 내용이 사실과 다른 경우, 선정 및 참가 자격이 취소될 수 있음에 동의합니다.</w:t>
      </w:r>
    </w:p>
    <w:p>
      <w:pPr>
        <w:ind w:left="170" w:hanging="170"/>
        <w:spacing w:after="140" w:line="324" w:lineRule="auto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color w:val="02815E"/>
          <w:sz w:val="21"/>
          <w:u w:color="auto"/>
        </w:rPr>
        <w:t xml:space="preserve">4. </w:t>
      </w:r>
      <w:r>
        <w:rPr>
          <w:rFonts w:ascii="맑은 고딕" w:eastAsia="맑은 고딕" w:hAnsi="맑은 고딕" w:cs="맑은 고딕"/>
          <w:b w:val="0"/>
          <w:color w:val="222222"/>
          <w:sz w:val="21"/>
          <w:u w:color="auto"/>
        </w:rPr>
        <w:t>본 확약서의 내용과 관련하여 운영사무국이 자격요건 확인을 위해 추가 자료를 요청하는 경우 이에 협조하겠습니다.</w:t>
      </w:r>
    </w:p>
    <w:tbl>
      <w:tblPr>
        <w:tblW w:w="0" w:type="auto"/>
        <w:tblLook w:val="04A0" w:firstRow="1" w:lastRow="0" w:firstColumn="1" w:lastColumn="0" w:noHBand="0" w:noVBand="1"/>
        <w:jc w:val="center"/>
      </w:tblPr>
      <w:tblGrid>
        <w:gridCol w:w="9972"/>
      </w:tblGrid>
      <w:tr>
        <w:tc>
          <w:tcPr>
            <w:tcW w:w="9972" w:type="dxa"/>
            <w:tcBorders>
              <w:top w:val="single" w:sz="8" w:space="0" w:color="A9C9C1"/>
              <w:left w:val="single" w:sz="8" w:space="0" w:color="A9C9C1"/>
              <w:bottom w:val="single" w:sz="8" w:space="0" w:color="A9C9C1"/>
              <w:right w:val="single" w:sz="8" w:space="0" w:color="A9C9C1"/>
            </w:tcBorders>
            <w:shd w:val="clear" w:color="auto" w:fill="F7FAF9"/>
          </w:tcPr>
          <w:p>
            <w:pPr>
              <w:jc w:val="center"/>
              <w:spacing w:after="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color w:val="222222"/>
                <w:sz w:val="21"/>
                <w:u w:color="auto"/>
              </w:rPr>
              <w:t xml:space="preserve">사업자등록 이행기한 : 선정 결과 발표일로부터 </w:t>
            </w: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8"/>
                <w:szCs w:val="28"/>
                <w:u w:color="auto"/>
              </w:rPr>
              <w:t xml:space="preserve"> </w:t>
            </w:r>
            <w:r>
              <w:rPr>
                <w:lang w:eastAsia="ko-KR"/>
                <w:rFonts w:ascii="맑은 고딕" w:eastAsia="맑은 고딕" w:hAnsi="맑은 고딕" w:cs="맑은 고딕"/>
                <w:b/>
                <w:bCs/>
                <w:color w:val="222222"/>
                <w:sz w:val="28"/>
                <w:szCs w:val="28"/>
                <w:u w:color="auto"/>
                <w:rtl w:val="off"/>
              </w:rPr>
              <w:t>20</w:t>
            </w:r>
            <w:r>
              <w:rPr>
                <w:rFonts w:ascii="맑은 고딕" w:eastAsia="맑은 고딕" w:hAnsi="맑은 고딕" w:cs="맑은 고딕"/>
                <w:b/>
                <w:bCs/>
                <w:color w:val="222222"/>
                <w:sz w:val="28"/>
                <w:szCs w:val="28"/>
                <w:u w:color="auto"/>
              </w:rPr>
              <w:t>일</w:t>
            </w:r>
            <w:r>
              <w:rPr>
                <w:rFonts w:ascii="맑은 고딕" w:eastAsia="맑은 고딕" w:hAnsi="맑은 고딕" w:cs="맑은 고딕"/>
                <w:b/>
                <w:color w:val="222222"/>
                <w:sz w:val="21"/>
                <w:u w:color="auto"/>
              </w:rPr>
              <w:t xml:space="preserve"> 이내</w:t>
            </w:r>
          </w:p>
        </w:tc>
      </w:tr>
    </w:tbl>
    <w:p>
      <w:pPr>
        <w:jc w:val="center"/>
        <w:spacing w:after="200" w:before="320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color w:val="222222"/>
          <w:sz w:val="22"/>
          <w:u w:color="auto"/>
        </w:rPr>
        <w:t>위 내용을 확인하였으며, 이에 본 확약서를 제출합니다.</w:t>
      </w:r>
    </w:p>
    <w:p>
      <w:pPr>
        <w:jc w:val="center"/>
        <w:spacing w:after="360" w:before="200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 w:val="0"/>
          <w:color w:val="222222"/>
          <w:sz w:val="22"/>
          <w:u w:color="auto"/>
        </w:rPr>
        <w:t>2026년      월      일</w:t>
      </w:r>
    </w:p>
    <w:tbl>
      <w:tblPr>
        <w:tblW w:w="0" w:type="auto"/>
        <w:tblLook w:val="04A0" w:firstRow="1" w:lastRow="0" w:firstColumn="1" w:lastColumn="0" w:noHBand="0" w:noVBand="1"/>
        <w:jc w:val="center"/>
        <w:tblLayout w:type="fixed"/>
      </w:tblPr>
      <w:tblGrid>
        <w:gridCol w:w="2835"/>
        <w:gridCol w:w="4535"/>
      </w:tblGrid>
      <w:tr>
        <w:trPr/>
        <w:tc>
          <w:tcPr>
            <w:tcW w:w="4986" w:type="dxa"/>
            <w:tcBorders>
              <w:bottom w:val="single" w:sz="6" w:space="0" w:color="D9D9D9"/>
            </w:tcBorders>
          </w:tcPr>
          <w:p>
            <w:pPr>
              <w:jc w:val="right"/>
              <w:spacing w:after="40" w:before="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color w:val="222222"/>
                <w:sz w:val="21"/>
                <w:u w:color="auto"/>
              </w:rPr>
              <w:t>신청자 성명</w:t>
            </w:r>
          </w:p>
        </w:tc>
        <w:tc>
          <w:tcPr>
            <w:tcW w:w="4986" w:type="dxa"/>
            <w:tcBorders>
              <w:bottom w:val="single" w:sz="6" w:space="0" w:color="D9D9D9"/>
            </w:tcBorders>
          </w:tcPr>
          <w:p>
            <w:pPr>
              <w:spacing w:after="40" w:before="40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 w:val="0"/>
                <w:color w:val="222222"/>
                <w:sz w:val="21"/>
                <w:u w:color="auto"/>
              </w:rPr>
              <w:t xml:space="preserve">                         (서명 또는 인)</w:t>
            </w:r>
          </w:p>
        </w:tc>
      </w:tr>
    </w:tbl>
    <w:p>
      <w:pPr>
        <w:jc w:val="center"/>
        <w:spacing w:before="400"/>
        <w:rPr>
          <w:rFonts w:ascii="맑은 고딕" w:eastAsia="맑은 고딕" w:hAnsi="맑은 고딕" w:cs="맑은 고딕" w:hint="default"/>
          <w:u w:color="auto"/>
        </w:rPr>
      </w:pPr>
      <w:r>
        <w:rPr>
          <w:rFonts w:ascii="맑은 고딕" w:eastAsia="맑은 고딕" w:hAnsi="맑은 고딕" w:cs="맑은 고딕"/>
          <w:b/>
          <w:color w:val="02815E"/>
          <w:sz w:val="22"/>
          <w:u w:color="auto"/>
        </w:rPr>
        <w:t>고양 콘텐츠 팝업 페스타 운영사무국 귀중</w:t>
      </w:r>
    </w:p>
    <w:sectPr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notTrueType w:val="false"/>
    <w:sig w:usb0="7FFFFFFF" w:usb1="29D77CFB" w:usb2="00000012" w:usb3="00000001" w:csb0="00080001" w:csb1="00000001"/>
  </w:font>
  <w:font w:name="NanumGothic">
    <w:panose1 w:val="020D0804000000000000"/>
    <w:notTrueType w:val="false"/>
    <w:sig w:usb0="7FFFFFFF" w:usb1="29D7FCFB" w:usb2="00000010" w:usb3="00000001" w:csb0="00080001" w:csb1="00000001"/>
  </w:font>
  <w:font w:name="Courier">
    <w:charset w:val="00"/>
    <w:notTrueType w:val="false"/>
  </w:font>
  <w:font w:name="Symbol">
    <w:panose1 w:val="05050102010706020507"/>
    <w:family w:val="Symbol"/>
    <w:charset w:val="00"/>
    <w:notTrueType w:val="false"/>
    <w:sig w:usb0="00000001" w:usb1="00000001" w:usb2="00000001" w:usb3="00000001" w:csb0="7FFFFF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ff89"/>
    <w:multiLevelType w:val="singleLevel"/>
    <w:tmpl w:val="29761a62"/>
    <w:lvl w:ilvl="0">
      <w:start w:val="1"/>
      <w:numFmt w:val="bullet"/>
      <w:lvlText w:val=""/>
      <w:lvlJc w:val="left"/>
      <w:pStyle w:val="ListBullet"/>
      <w:pPr>
        <w:ind w:left="360" w:hanging="360"/>
        <w:tabs>
          <w:tab w:val="num" w:pos="360"/>
        </w:tabs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3d1effd4"/>
    <w:lvl w:ilvl="0">
      <w:start w:val="1"/>
      <w:numFmt w:val="bullet"/>
      <w:lvlText w:val=""/>
      <w:lvlJc w:val="left"/>
      <w:pStyle w:val="ListBullet2"/>
      <w:pPr>
        <w:ind w:left="720" w:hanging="360"/>
        <w:tabs>
          <w:tab w:val="num" w:pos="720"/>
        </w:tabs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f3eafdec"/>
    <w:lvl w:ilvl="0">
      <w:start w:val="1"/>
      <w:numFmt w:val="bullet"/>
      <w:lvlText w:val=""/>
      <w:lvlJc w:val="left"/>
      <w:pStyle w:val="ListBullet3"/>
      <w:pPr>
        <w:ind w:left="1080" w:hanging="360"/>
        <w:tabs>
          <w:tab w:val="num" w:pos="1080"/>
        </w:tabs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d0a62b40"/>
    <w:lvl w:ilvl="0">
      <w:start w:val="1"/>
      <w:lvlText w:val="%1."/>
      <w:lvlJc w:val="left"/>
      <w:pStyle w:val="ListNumber"/>
      <w:pPr>
        <w:ind w:left="360" w:hanging="360"/>
        <w:tabs>
          <w:tab w:val="num" w:pos="360"/>
        </w:tabs>
      </w:pPr>
    </w:lvl>
  </w:abstractNum>
  <w:abstractNum w:abstractNumId="4">
    <w:nsid w:val="ffffff7f"/>
    <w:multiLevelType w:val="singleLevel"/>
    <w:tmpl w:val="38441652"/>
    <w:lvl w:ilvl="0">
      <w:start w:val="1"/>
      <w:lvlText w:val="%1."/>
      <w:lvlJc w:val="left"/>
      <w:pStyle w:val="ListNumber2"/>
      <w:pPr>
        <w:ind w:left="720" w:hanging="360"/>
        <w:tabs>
          <w:tab w:val="num" w:pos="720"/>
        </w:tabs>
      </w:pPr>
    </w:lvl>
  </w:abstractNum>
  <w:abstractNum w:abstractNumId="5">
    <w:nsid w:val="ffffff7e"/>
    <w:multiLevelType w:val="singleLevel"/>
    <w:tmpl w:val="fb12693a"/>
    <w:lvl w:ilvl="0">
      <w:start w:val="1"/>
      <w:lvlText w:val="%1."/>
      <w:lvlJc w:val="left"/>
      <w:pStyle w:val="ListNumber3"/>
      <w:pPr>
        <w:ind w:left="1080" w:hanging="360"/>
        <w:tabs>
          <w:tab w:val="num" w:pos="108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val="bestFit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iPriority="99" w:unhideWhenUsed="0"/>
    <w:lsdException w:name="Medium Shading 2" w:semiHidden="0" w:uiPriority="100" w:unhideWhenUsed="0"/>
    <w:lsdException w:name="Medium List 1" w:semiHidden="0" w:uiPriority="101" w:unhideWhenUsed="0"/>
    <w:lsdException w:name="Medium List 2" w:semiHidden="0" w:uiPriority="102" w:unhideWhenUsed="0"/>
    <w:lsdException w:name="Medium Grid 1" w:semiHidden="0" w:uiPriority="103" w:unhideWhenUsed="0"/>
    <w:lsdException w:name="Medium Grid 2" w:semiHidden="0" w:uiPriority="104" w:unhideWhenUsed="0"/>
    <w:lsdException w:name="Medium Grid 3" w:semiHidden="0" w:uiPriority="105" w:unhideWhenUsed="0"/>
    <w:lsdException w:name="Dark List" w:semiHidden="0" w:uiPriority="112" w:unhideWhenUsed="0"/>
    <w:lsdException w:name="Colorful Shading" w:semiHidden="0" w:uiPriority="113" w:unhideWhenUsed="0"/>
    <w:lsdException w:name="Colorful List" w:semiHidden="0" w:uiPriority="114" w:unhideWhenUsed="0"/>
    <w:lsdException w:name="Colorful Grid" w:semiHidden="0" w:uiPriority="115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iPriority="99" w:unhideWhenUsed="0"/>
    <w:lsdException w:name="Medium Shading 2 Accent 1" w:semiHidden="0" w:uiPriority="100" w:unhideWhenUsed="0"/>
    <w:lsdException w:name="Medium List 1 Accent 1" w:semiHidden="0" w:uiPriority="101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102" w:unhideWhenUsed="0"/>
    <w:lsdException w:name="Medium Grid 1 Accent 1" w:semiHidden="0" w:uiPriority="103" w:unhideWhenUsed="0"/>
    <w:lsdException w:name="Medium Grid 2 Accent 1" w:semiHidden="0" w:uiPriority="104" w:unhideWhenUsed="0"/>
    <w:lsdException w:name="Medium Grid 3 Accent 1" w:semiHidden="0" w:uiPriority="105" w:unhideWhenUsed="0"/>
    <w:lsdException w:name="Dark List Accent 1" w:semiHidden="0" w:uiPriority="112" w:unhideWhenUsed="0"/>
    <w:lsdException w:name="Colorful Shading Accent 1" w:semiHidden="0" w:uiPriority="113" w:unhideWhenUsed="0"/>
    <w:lsdException w:name="Colorful List Accent 1" w:semiHidden="0" w:uiPriority="114" w:unhideWhenUsed="0"/>
    <w:lsdException w:name="Colorful Grid Accent 1" w:semiHidden="0" w:uiPriority="115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iPriority="99" w:unhideWhenUsed="0"/>
    <w:lsdException w:name="Medium Shading 2 Accent 2" w:semiHidden="0" w:uiPriority="100" w:unhideWhenUsed="0"/>
    <w:lsdException w:name="Medium List 1 Accent 2" w:semiHidden="0" w:uiPriority="101" w:unhideWhenUsed="0"/>
    <w:lsdException w:name="Medium List 2 Accent 2" w:semiHidden="0" w:uiPriority="102" w:unhideWhenUsed="0"/>
    <w:lsdException w:name="Medium Grid 1 Accent 2" w:semiHidden="0" w:uiPriority="103" w:unhideWhenUsed="0"/>
    <w:lsdException w:name="Medium Grid 2 Accent 2" w:semiHidden="0" w:uiPriority="104" w:unhideWhenUsed="0"/>
    <w:lsdException w:name="Medium Grid 3 Accent 2" w:semiHidden="0" w:uiPriority="105" w:unhideWhenUsed="0"/>
    <w:lsdException w:name="Dark List Accent 2" w:semiHidden="0" w:uiPriority="112" w:unhideWhenUsed="0"/>
    <w:lsdException w:name="Colorful Shading Accent 2" w:semiHidden="0" w:uiPriority="113" w:unhideWhenUsed="0"/>
    <w:lsdException w:name="Colorful List Accent 2" w:semiHidden="0" w:uiPriority="114" w:unhideWhenUsed="0"/>
    <w:lsdException w:name="Colorful Grid Accent 2" w:semiHidden="0" w:uiPriority="115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iPriority="99" w:unhideWhenUsed="0"/>
    <w:lsdException w:name="Medium Shading 2 Accent 3" w:semiHidden="0" w:uiPriority="100" w:unhideWhenUsed="0"/>
    <w:lsdException w:name="Medium List 1 Accent 3" w:semiHidden="0" w:uiPriority="101" w:unhideWhenUsed="0"/>
    <w:lsdException w:name="Medium List 2 Accent 3" w:semiHidden="0" w:uiPriority="102" w:unhideWhenUsed="0"/>
    <w:lsdException w:name="Medium Grid 1 Accent 3" w:semiHidden="0" w:uiPriority="103" w:unhideWhenUsed="0"/>
    <w:lsdException w:name="Medium Grid 2 Accent 3" w:semiHidden="0" w:uiPriority="104" w:unhideWhenUsed="0"/>
    <w:lsdException w:name="Medium Grid 3 Accent 3" w:semiHidden="0" w:uiPriority="105" w:unhideWhenUsed="0"/>
    <w:lsdException w:name="Dark List Accent 3" w:semiHidden="0" w:uiPriority="112" w:unhideWhenUsed="0"/>
    <w:lsdException w:name="Colorful Shading Accent 3" w:semiHidden="0" w:uiPriority="113" w:unhideWhenUsed="0"/>
    <w:lsdException w:name="Colorful List Accent 3" w:semiHidden="0" w:uiPriority="114" w:unhideWhenUsed="0"/>
    <w:lsdException w:name="Colorful Grid Accent 3" w:semiHidden="0" w:uiPriority="115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iPriority="99" w:unhideWhenUsed="0"/>
    <w:lsdException w:name="Medium Shading 2 Accent 4" w:semiHidden="0" w:uiPriority="100" w:unhideWhenUsed="0"/>
    <w:lsdException w:name="Medium List 1 Accent 4" w:semiHidden="0" w:uiPriority="101" w:unhideWhenUsed="0"/>
    <w:lsdException w:name="Medium List 2 Accent 4" w:semiHidden="0" w:uiPriority="102" w:unhideWhenUsed="0"/>
    <w:lsdException w:name="Medium Grid 1 Accent 4" w:semiHidden="0" w:uiPriority="103" w:unhideWhenUsed="0"/>
    <w:lsdException w:name="Medium Grid 2 Accent 4" w:semiHidden="0" w:uiPriority="104" w:unhideWhenUsed="0"/>
    <w:lsdException w:name="Medium Grid 3 Accent 4" w:semiHidden="0" w:uiPriority="105" w:unhideWhenUsed="0"/>
    <w:lsdException w:name="Dark List Accent 4" w:semiHidden="0" w:uiPriority="112" w:unhideWhenUsed="0"/>
    <w:lsdException w:name="Colorful Shading Accent 4" w:semiHidden="0" w:uiPriority="113" w:unhideWhenUsed="0"/>
    <w:lsdException w:name="Colorful List Accent 4" w:semiHidden="0" w:uiPriority="114" w:unhideWhenUsed="0"/>
    <w:lsdException w:name="Colorful Grid Accent 4" w:semiHidden="0" w:uiPriority="115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iPriority="99" w:unhideWhenUsed="0"/>
    <w:lsdException w:name="Medium Shading 2 Accent 5" w:semiHidden="0" w:uiPriority="100" w:unhideWhenUsed="0"/>
    <w:lsdException w:name="Medium List 1 Accent 5" w:semiHidden="0" w:uiPriority="101" w:unhideWhenUsed="0"/>
    <w:lsdException w:name="Medium List 2 Accent 5" w:semiHidden="0" w:uiPriority="102" w:unhideWhenUsed="0"/>
    <w:lsdException w:name="Medium Grid 1 Accent 5" w:semiHidden="0" w:uiPriority="103" w:unhideWhenUsed="0"/>
    <w:lsdException w:name="Medium Grid 2 Accent 5" w:semiHidden="0" w:uiPriority="104" w:unhideWhenUsed="0"/>
    <w:lsdException w:name="Medium Grid 3 Accent 5" w:semiHidden="0" w:uiPriority="105" w:unhideWhenUsed="0"/>
    <w:lsdException w:name="Dark List Accent 5" w:semiHidden="0" w:uiPriority="112" w:unhideWhenUsed="0"/>
    <w:lsdException w:name="Colorful Shading Accent 5" w:semiHidden="0" w:uiPriority="113" w:unhideWhenUsed="0"/>
    <w:lsdException w:name="Colorful List Accent 5" w:semiHidden="0" w:uiPriority="114" w:unhideWhenUsed="0"/>
    <w:lsdException w:name="Colorful Grid Accent 5" w:semiHidden="0" w:uiPriority="115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iPriority="99" w:unhideWhenUsed="0"/>
    <w:lsdException w:name="Medium Shading 2 Accent 6" w:semiHidden="0" w:uiPriority="100" w:unhideWhenUsed="0"/>
    <w:lsdException w:name="Medium List 1 Accent 6" w:semiHidden="0" w:uiPriority="101" w:unhideWhenUsed="0"/>
    <w:lsdException w:name="Medium List 2 Accent 6" w:semiHidden="0" w:uiPriority="102" w:unhideWhenUsed="0"/>
    <w:lsdException w:name="Medium Grid 1 Accent 6" w:semiHidden="0" w:uiPriority="103" w:unhideWhenUsed="0"/>
    <w:lsdException w:name="Medium Grid 2 Accent 6" w:semiHidden="0" w:uiPriority="104" w:unhideWhenUsed="0"/>
    <w:lsdException w:name="Medium Grid 3 Accent 6" w:semiHidden="0" w:uiPriority="105" w:unhideWhenUsed="0"/>
    <w:lsdException w:name="Dark List Accent 6" w:semiHidden="0" w:uiPriority="112" w:unhideWhenUsed="0"/>
    <w:lsdException w:name="Colorful Shading Accent 6" w:semiHidden="0" w:uiPriority="113" w:unhideWhenUsed="0"/>
    <w:lsdException w:name="Colorful List Accent 6" w:semiHidden="0" w:uiPriority="114" w:unhideWhenUsed="0"/>
    <w:lsdException w:name="Colorful Grid Accent 6" w:semiHidden="0" w:uiPriority="115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Normal">
    <w:name w:val="Normal"/>
    <w:qFormat/>
    <w:rPr>
      <w:rFonts w:ascii="NanumGothic" w:eastAsia="NanumGothic" w:hAnsi="NanumGothic"/>
      <w:sz w:val="21"/>
    </w:rPr>
  </w:style>
  <w:style w:type="paragraph" w:customStyle="1" w:styleId="Header">
    <w:name w:val="header"/>
    <w:uiPriority w:val="99"/>
    <w:basedOn w:val="Normal"/>
    <w:link w:val="Head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uiPriority w:val="99"/>
    <w:basedOn w:val="DefaultParagraphFont"/>
    <w:link w:val="Header"/>
  </w:style>
  <w:style w:type="paragraph" w:customStyle="1" w:styleId="Footer">
    <w:name w:val="footer"/>
    <w:uiPriority w:val="99"/>
    <w:basedOn w:val="Normal"/>
    <w:link w:val="Footer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uiPriority w:val="99"/>
    <w:basedOn w:val="DefaultParagraphFont"/>
    <w:link w:val="Footer"/>
  </w:style>
  <w:style w:type="paragraph" w:styleId="Heading1">
    <w:name w:val="heading 1"/>
    <w:uiPriority w:val="9"/>
    <w:basedOn w:val="Normal"/>
    <w:next w:val="Normal"/>
    <w:link w:val="Heading1Char"/>
    <w:qFormat/>
    <w:pPr>
      <w:keepNext/>
      <w:keepLines/>
      <w:outlineLvl w:val="0"/>
      <w:spacing w:after="0" w:before="48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Heading2">
    <w:name w:val="heading 2"/>
    <w:uiPriority w:val="9"/>
    <w:basedOn w:val="Normal"/>
    <w:next w:val="Normal"/>
    <w:link w:val="Heading2Char"/>
    <w:qFormat/>
    <w:unhideWhenUsed/>
    <w:pPr>
      <w:keepNext/>
      <w:keepLines/>
      <w:outlineLvl w:val="1"/>
      <w:spacing w:after="0" w:before="200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Heading3">
    <w:name w:val="heading 3"/>
    <w:uiPriority w:val="9"/>
    <w:basedOn w:val="Normal"/>
    <w:next w:val="Normal"/>
    <w:link w:val="Heading3Char"/>
    <w:qFormat/>
    <w:unhideWhenUsed/>
    <w:pPr>
      <w:keepNext/>
      <w:keepLines/>
      <w:outlineLvl w:val="2"/>
      <w:spacing w:after="0" w:before="200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Heading4">
    <w:name w:val="heading 4"/>
    <w:uiPriority w:val="9"/>
    <w:basedOn w:val="Normal"/>
    <w:next w:val="Normal"/>
    <w:link w:val="Heading4Char"/>
    <w:qFormat/>
    <w:semiHidden/>
    <w:unhideWhenUsed/>
    <w:pPr>
      <w:keepNext/>
      <w:keepLines/>
      <w:outlineLvl w:val="3"/>
      <w:spacing w:after="0" w:before="200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Heading5">
    <w:name w:val="heading 5"/>
    <w:uiPriority w:val="9"/>
    <w:basedOn w:val="Normal"/>
    <w:next w:val="Normal"/>
    <w:link w:val="Heading5Char"/>
    <w:qFormat/>
    <w:semiHidden/>
    <w:unhideWhenUsed/>
    <w:pPr>
      <w:keepNext/>
      <w:keepLines/>
      <w:outlineLvl w:val="4"/>
      <w:spacing w:after="0" w:before="200"/>
    </w:pPr>
    <w:rPr>
      <w:rFonts w:asciiTheme="majorHAnsi" w:eastAsiaTheme="majorEastAsia" w:hAnsiTheme="majorHAnsi" w:cstheme="majorBidi"/>
      <w:color w:val="244061"/>
    </w:rPr>
  </w:style>
  <w:style w:type="paragraph" w:styleId="Heading6">
    <w:name w:val="heading 6"/>
    <w:uiPriority w:val="9"/>
    <w:basedOn w:val="Normal"/>
    <w:next w:val="Normal"/>
    <w:link w:val="Heading6Char"/>
    <w:qFormat/>
    <w:semiHidden/>
    <w:unhideWhenUsed/>
    <w:pPr>
      <w:keepNext/>
      <w:keepLines/>
      <w:outlineLvl w:val="5"/>
      <w:spacing w:after="0" w:before="200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Heading7">
    <w:name w:val="heading 7"/>
    <w:uiPriority w:val="9"/>
    <w:basedOn w:val="Normal"/>
    <w:next w:val="Normal"/>
    <w:link w:val="Heading7Char"/>
    <w:qFormat/>
    <w:semiHidden/>
    <w:unhideWhenUsed/>
    <w:pPr>
      <w:keepNext/>
      <w:keepLines/>
      <w:outlineLvl w:val="6"/>
      <w:spacing w:after="0" w:before="200"/>
    </w:pPr>
    <w:rPr>
      <w:rFonts w:asciiTheme="majorHAnsi" w:eastAsiaTheme="majorEastAsia" w:hAnsiTheme="majorHAnsi" w:cstheme="majorBidi"/>
      <w:i/>
      <w:iCs/>
      <w:color w:val="8C8C8C"/>
    </w:rPr>
  </w:style>
  <w:style w:type="paragraph" w:styleId="Heading8">
    <w:name w:val="heading 8"/>
    <w:uiPriority w:val="9"/>
    <w:basedOn w:val="Normal"/>
    <w:next w:val="Normal"/>
    <w:link w:val="Heading8Char"/>
    <w:qFormat/>
    <w:semiHidden/>
    <w:unhideWhenUsed/>
    <w:pPr>
      <w:keepNext/>
      <w:keepLines/>
      <w:outlineLvl w:val="7"/>
      <w:spacing w:after="0" w:before="200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Heading9">
    <w:name w:val="heading 9"/>
    <w:uiPriority w:val="9"/>
    <w:basedOn w:val="Normal"/>
    <w:next w:val="Normal"/>
    <w:link w:val="Heading9Char"/>
    <w:qFormat/>
    <w:semiHidden/>
    <w:unhideWhenUsed/>
    <w:pPr>
      <w:keepNext/>
      <w:keepLines/>
      <w:outlineLvl w:val="8"/>
      <w:spacing w:after="0" w:before="200"/>
    </w:pPr>
    <w:rPr>
      <w:rFonts w:asciiTheme="majorHAnsi" w:eastAsiaTheme="majorEastAsia" w:hAnsiTheme="majorHAnsi" w:cstheme="majorBidi"/>
      <w:i/>
      <w:iCs/>
      <w:color w:val="8C8C8C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basedOn w:val="DefaultParagraphFont"/>
    <w:link w:val="Heading1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Heading2Char">
    <w:name w:val="Heading 2 Char"/>
    <w:uiPriority w:val="9"/>
    <w:basedOn w:val="DefaultParagraphFont"/>
    <w:link w:val="Heading2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Heading3Char">
    <w:name w:val="Heading 3 Char"/>
    <w:uiPriority w:val="9"/>
    <w:basedOn w:val="DefaultParagraphFont"/>
    <w:link w:val="Heading3"/>
    <w:rPr>
      <w:rFonts w:asciiTheme="majorHAnsi" w:eastAsiaTheme="majorEastAsia" w:hAnsiTheme="majorHAnsi" w:cstheme="majorBidi"/>
      <w:b/>
      <w:bCs/>
      <w:color w:val="4F81BD"/>
    </w:rPr>
  </w:style>
  <w:style w:type="paragraph" w:styleId="Title">
    <w:name w:val="Title"/>
    <w:uiPriority w:val="10"/>
    <w:basedOn w:val="Normal"/>
    <w:next w:val="Normal"/>
    <w:link w:val="TitleChar"/>
    <w:qFormat/>
    <w:pPr>
      <w:contextualSpacing/>
      <w:pBdr>
        <w:bottom w:val="single" w:sz="8" w:space="4" w:color="4F81BD" w:themeColor="accent1"/>
      </w:pBdr>
      <w:spacing w:after="300" w:line="240" w:lineRule="auto"/>
    </w:pPr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character" w:customStyle="1" w:styleId="TitleChar">
    <w:name w:val="Title Char"/>
    <w:uiPriority w:val="10"/>
    <w:basedOn w:val="DefaultParagraphFont"/>
    <w:link w:val="Title"/>
    <w:rPr>
      <w:rFonts w:asciiTheme="majorHAnsi" w:eastAsiaTheme="majorEastAsia" w:hAnsiTheme="majorHAnsi" w:cstheme="majorBidi"/>
      <w:color w:val="17375E"/>
      <w:sz w:val="52"/>
      <w:szCs w:val="52"/>
      <w:kern w:val="28"/>
      <w:spacing w:val="5"/>
    </w:rPr>
  </w:style>
  <w:style w:type="paragraph" w:styleId="Subtitle">
    <w:name w:val="Subtitle"/>
    <w:uiPriority w:val="11"/>
    <w:basedOn w:val="Normal"/>
    <w:next w:val="Normal"/>
    <w:link w:val="SubtitleChar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character" w:customStyle="1" w:styleId="SubtitleChar">
    <w:name w:val="Subtitle Char"/>
    <w:uiPriority w:val="11"/>
    <w:basedOn w:val="DefaultParagraphFont"/>
    <w:link w:val="Subtitle"/>
    <w:rPr>
      <w:rFonts w:asciiTheme="majorHAnsi" w:eastAsiaTheme="majorEastAsia" w:hAnsiTheme="majorHAnsi" w:cstheme="majorBidi"/>
      <w:i/>
      <w:iCs/>
      <w:color w:val="4F81BD"/>
      <w:sz w:val="24"/>
      <w:szCs w:val="24"/>
      <w:spacing w:val="15"/>
    </w:rPr>
  </w:style>
  <w:style w:type="paragraph" w:styleId="ListParagraph">
    <w:name w:val="List Paragraph"/>
    <w:uiPriority w:val="34"/>
    <w:basedOn w:val="Normal"/>
    <w:qFormat/>
    <w:pPr>
      <w:ind w:left="720"/>
      <w:contextualSpacing/>
    </w:pPr>
  </w:style>
  <w:style w:type="paragraph" w:customStyle="1" w:styleId="BodyText">
    <w:name w:val="Body Text"/>
    <w:uiPriority w:val="99"/>
    <w:basedOn w:val="Normal"/>
    <w:link w:val="BodyTextChar"/>
    <w:unhideWhenUsed/>
    <w:pPr>
      <w:spacing w:after="120"/>
    </w:pPr>
  </w:style>
  <w:style w:type="character" w:customStyle="1" w:styleId="BodyTextChar">
    <w:name w:val="Body Text Char"/>
    <w:uiPriority w:val="99"/>
    <w:basedOn w:val="DefaultParagraphFont"/>
    <w:link w:val="BodyText"/>
  </w:style>
  <w:style w:type="paragraph" w:customStyle="1" w:styleId="BodyText2">
    <w:name w:val="Body Text 2"/>
    <w:uiPriority w:val="99"/>
    <w:basedOn w:val="Normal"/>
    <w:link w:val="BodyText2Char"/>
    <w:unhideWhenUsed/>
    <w:pPr>
      <w:spacing w:after="120" w:line="480" w:lineRule="auto"/>
    </w:pPr>
  </w:style>
  <w:style w:type="character" w:customStyle="1" w:styleId="BodyText2Char">
    <w:name w:val="Body Text 2 Char"/>
    <w:uiPriority w:val="99"/>
    <w:basedOn w:val="DefaultParagraphFont"/>
    <w:link w:val="BodyText2"/>
  </w:style>
  <w:style w:type="paragraph" w:customStyle="1" w:styleId="BodyText3">
    <w:name w:val="Body Text 3"/>
    <w:uiPriority w:val="99"/>
    <w:basedOn w:val="Normal"/>
    <w:link w:val="BodyText3Char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uiPriority w:val="99"/>
    <w:basedOn w:val="DefaultParagraphFont"/>
    <w:link w:val="BodyText3"/>
    <w:rPr>
      <w:sz w:val="16"/>
      <w:szCs w:val="16"/>
    </w:rPr>
  </w:style>
  <w:style w:type="paragraph" w:customStyle="1" w:styleId="List">
    <w:name w:val="List"/>
    <w:uiPriority w:val="99"/>
    <w:basedOn w:val="Normal"/>
    <w:unhideWhenUsed/>
    <w:pPr>
      <w:ind w:left="360" w:hanging="360"/>
      <w:contextualSpacing/>
    </w:pPr>
  </w:style>
  <w:style w:type="paragraph" w:customStyle="1" w:styleId="List2">
    <w:name w:val="List 2"/>
    <w:uiPriority w:val="99"/>
    <w:basedOn w:val="Normal"/>
    <w:unhideWhenUsed/>
    <w:pPr>
      <w:ind w:left="720" w:hanging="360"/>
      <w:contextualSpacing/>
    </w:pPr>
  </w:style>
  <w:style w:type="paragraph" w:customStyle="1" w:styleId="List3">
    <w:name w:val="List 3"/>
    <w:uiPriority w:val="99"/>
    <w:basedOn w:val="Normal"/>
    <w:unhideWhenUsed/>
    <w:pPr>
      <w:ind w:left="1080" w:hanging="360"/>
      <w:contextualSpacing/>
    </w:pPr>
  </w:style>
  <w:style w:type="paragraph" w:customStyle="1" w:styleId="ListBullet">
    <w:name w:val="List Bullet"/>
    <w:uiPriority w:val="99"/>
    <w:basedOn w:val="Normal"/>
    <w:unhideWhenUsed/>
    <w:pPr>
      <w:contextualSpacing/>
      <w:numPr>
        <w:numId w:val="1"/>
      </w:numPr>
    </w:pPr>
  </w:style>
  <w:style w:type="paragraph" w:customStyle="1" w:styleId="ListBullet2">
    <w:name w:val="List Bullet 2"/>
    <w:uiPriority w:val="99"/>
    <w:basedOn w:val="Normal"/>
    <w:unhideWhenUsed/>
    <w:pPr>
      <w:contextualSpacing/>
      <w:numPr>
        <w:numId w:val="2"/>
      </w:numPr>
    </w:pPr>
  </w:style>
  <w:style w:type="paragraph" w:customStyle="1" w:styleId="ListBullet3">
    <w:name w:val="List Bullet 3"/>
    <w:uiPriority w:val="99"/>
    <w:basedOn w:val="Normal"/>
    <w:unhideWhenUsed/>
    <w:pPr>
      <w:contextualSpacing/>
      <w:numPr>
        <w:numId w:val="3"/>
      </w:numPr>
    </w:pPr>
  </w:style>
  <w:style w:type="paragraph" w:customStyle="1" w:styleId="ListNumber">
    <w:name w:val="List Number"/>
    <w:uiPriority w:val="99"/>
    <w:basedOn w:val="Normal"/>
    <w:unhideWhenUsed/>
    <w:pPr>
      <w:contextualSpacing/>
      <w:numPr>
        <w:numId w:val="4"/>
      </w:numPr>
    </w:pPr>
  </w:style>
  <w:style w:type="paragraph" w:customStyle="1" w:styleId="ListNumber2">
    <w:name w:val="List Number 2"/>
    <w:uiPriority w:val="99"/>
    <w:basedOn w:val="Normal"/>
    <w:unhideWhenUsed/>
    <w:pPr>
      <w:contextualSpacing/>
      <w:numPr>
        <w:numId w:val="5"/>
      </w:numPr>
    </w:pPr>
  </w:style>
  <w:style w:type="paragraph" w:customStyle="1" w:styleId="ListNumber3">
    <w:name w:val="List Number 3"/>
    <w:uiPriority w:val="99"/>
    <w:basedOn w:val="Normal"/>
    <w:unhideWhenUsed/>
    <w:pPr>
      <w:contextualSpacing/>
      <w:numPr>
        <w:numId w:val="6"/>
      </w:numPr>
    </w:pPr>
  </w:style>
  <w:style w:type="paragraph" w:customStyle="1" w:styleId="ListContinue">
    <w:name w:val="List Continue"/>
    <w:uiPriority w:val="99"/>
    <w:basedOn w:val="Normal"/>
    <w:unhideWhenUsed/>
    <w:pPr>
      <w:ind w:left="360"/>
      <w:contextualSpacing/>
      <w:spacing w:after="120"/>
    </w:pPr>
  </w:style>
  <w:style w:type="paragraph" w:customStyle="1" w:styleId="ListContinue2">
    <w:name w:val="List Continue 2"/>
    <w:uiPriority w:val="99"/>
    <w:basedOn w:val="Normal"/>
    <w:unhideWhenUsed/>
    <w:pPr>
      <w:ind w:left="720"/>
      <w:contextualSpacing/>
      <w:spacing w:after="120"/>
    </w:pPr>
  </w:style>
  <w:style w:type="paragraph" w:customStyle="1" w:styleId="ListContinue3">
    <w:name w:val="List Continue 3"/>
    <w:uiPriority w:val="99"/>
    <w:basedOn w:val="Normal"/>
    <w:unhideWhenUsed/>
    <w:pPr>
      <w:ind w:left="1080"/>
      <w:contextualSpacing/>
      <w:spacing w:after="120"/>
    </w:pPr>
  </w:style>
  <w:style w:type="paragraph" w:customStyle="1" w:styleId="MacroText">
    <w:name w:val="macro"/>
    <w:uiPriority w:val="99"/>
    <w:link w:val="MacroTextChar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uiPriority w:val="99"/>
    <w:basedOn w:val="DefaultParagraphFont"/>
    <w:link w:val="MacroText"/>
    <w:rPr>
      <w:rFonts w:ascii="Courier" w:hAnsi="Courier"/>
      <w:sz w:val="20"/>
      <w:szCs w:val="20"/>
    </w:rPr>
  </w:style>
  <w:style w:type="paragraph" w:styleId="Quote">
    <w:name w:val="Quote"/>
    <w:uiPriority w:val="29"/>
    <w:basedOn w:val="Normal"/>
    <w:next w:val="Normal"/>
    <w:link w:val="QuoteChar"/>
    <w:qFormat/>
    <w:rPr>
      <w:i/>
      <w:iCs/>
      <w:color w:val="000000"/>
    </w:rPr>
  </w:style>
  <w:style w:type="character" w:customStyle="1" w:styleId="QuoteChar">
    <w:name w:val="Quote Char"/>
    <w:uiPriority w:val="29"/>
    <w:basedOn w:val="DefaultParagraphFont"/>
    <w:link w:val="Quote"/>
    <w:rPr>
      <w:i/>
      <w:iCs/>
      <w:color w:val="000000"/>
    </w:rPr>
  </w:style>
  <w:style w:type="character" w:customStyle="1" w:styleId="Heading4Char">
    <w:name w:val="Heading 4 Char"/>
    <w:uiPriority w:val="9"/>
    <w:basedOn w:val="DefaultParagraphFont"/>
    <w:link w:val="Heading4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Heading5Char">
    <w:name w:val="Heading 5 Char"/>
    <w:uiPriority w:val="9"/>
    <w:basedOn w:val="DefaultParagraphFont"/>
    <w:link w:val="Heading5"/>
    <w:semiHidden/>
    <w:rPr>
      <w:rFonts w:asciiTheme="majorHAnsi" w:eastAsiaTheme="majorEastAsia" w:hAnsiTheme="majorHAnsi" w:cstheme="majorBidi"/>
      <w:color w:val="244061"/>
    </w:rPr>
  </w:style>
  <w:style w:type="character" w:customStyle="1" w:styleId="Heading6Char">
    <w:name w:val="Heading 6 Char"/>
    <w:uiPriority w:val="9"/>
    <w:basedOn w:val="DefaultParagraphFont"/>
    <w:link w:val="Heading6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Heading7Char">
    <w:name w:val="Heading 7 Char"/>
    <w:uiPriority w:val="9"/>
    <w:basedOn w:val="DefaultParagraphFont"/>
    <w:link w:val="Heading7"/>
    <w:semiHidden/>
    <w:rPr>
      <w:rFonts w:asciiTheme="majorHAnsi" w:eastAsiaTheme="majorEastAsia" w:hAnsiTheme="majorHAnsi" w:cstheme="majorBidi"/>
      <w:i/>
      <w:iCs/>
      <w:color w:val="8C8C8C"/>
    </w:rPr>
  </w:style>
  <w:style w:type="character" w:customStyle="1" w:styleId="Heading8Char">
    <w:name w:val="Heading 8 Char"/>
    <w:uiPriority w:val="9"/>
    <w:basedOn w:val="DefaultParagraphFont"/>
    <w:link w:val="Heading8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Heading9Char">
    <w:name w:val="Heading 9 Char"/>
    <w:uiPriority w:val="9"/>
    <w:basedOn w:val="DefaultParagraphFont"/>
    <w:link w:val="Heading9"/>
    <w:semiHidden/>
    <w:rPr>
      <w:rFonts w:asciiTheme="majorHAnsi" w:eastAsiaTheme="majorEastAsia" w:hAnsiTheme="majorHAnsi" w:cstheme="majorBidi"/>
      <w:i/>
      <w:iCs/>
      <w:color w:val="8C8C8C"/>
      <w:sz w:val="20"/>
      <w:szCs w:val="20"/>
    </w:rPr>
  </w:style>
  <w:style w:type="paragraph" w:styleId="Caption">
    <w:name w:val="caption"/>
    <w:uiPriority w:val="35"/>
    <w:basedOn w:val="Normal"/>
    <w:next w:val="Normal"/>
    <w:qFormat/>
    <w:semiHidden/>
    <w:unhideWhenUsed/>
    <w:pPr>
      <w:spacing w:line="240" w:lineRule="auto"/>
    </w:pPr>
    <w:rPr>
      <w:b/>
      <w:bCs/>
      <w:color w:val="4F81BD"/>
      <w:sz w:val="18"/>
      <w:szCs w:val="18"/>
    </w:rPr>
  </w:style>
  <w:style w:type="character" w:styleId="Strong">
    <w:name w:val="Strong"/>
    <w:uiPriority w:val="22"/>
    <w:basedOn w:val="DefaultParagraphFont"/>
    <w:qFormat/>
    <w:rPr>
      <w:b/>
      <w:bCs/>
    </w:rPr>
  </w:style>
  <w:style w:type="character" w:styleId="Emphasis">
    <w:name w:val="Emphasis"/>
    <w:uiPriority w:val="20"/>
    <w:basedOn w:val="DefaultParagraphFont"/>
    <w:qFormat/>
    <w:rPr>
      <w:i/>
      <w:iCs/>
    </w:rPr>
  </w:style>
  <w:style w:type="paragraph" w:styleId="IntenseQuote">
    <w:name w:val="Intense Quote"/>
    <w:uiPriority w:val="30"/>
    <w:basedOn w:val="Normal"/>
    <w:next w:val="Normal"/>
    <w:link w:val="IntenseQuoteChar"/>
    <w:qFormat/>
    <w:pPr>
      <w:ind w:left="936" w:right="936"/>
      <w:pBdr>
        <w:bottom w:val="single" w:sz="4" w:space="4" w:color="4F81BD" w:themeColor="accent1"/>
      </w:pBdr>
      <w:spacing w:after="280" w:before="200"/>
    </w:pPr>
    <w:rPr>
      <w:b/>
      <w:bCs/>
      <w:i/>
      <w:iCs/>
      <w:color w:val="4F81BD"/>
    </w:rPr>
  </w:style>
  <w:style w:type="character" w:customStyle="1" w:styleId="IntenseQuoteChar">
    <w:name w:val="Intense Quote Char"/>
    <w:uiPriority w:val="30"/>
    <w:basedOn w:val="DefaultParagraphFont"/>
    <w:link w:val="IntenseQuote"/>
    <w:rPr>
      <w:b/>
      <w:bCs/>
      <w:i/>
      <w:iCs/>
      <w:color w:val="4F81BD"/>
    </w:rPr>
  </w:style>
  <w:style w:type="character" w:styleId="SubtleEmphasis">
    <w:name w:val="Subtle Emphasis"/>
    <w:uiPriority w:val="19"/>
    <w:basedOn w:val="DefaultParagraphFont"/>
    <w:qFormat/>
    <w:rPr>
      <w:i/>
      <w:iCs/>
      <w:color w:val="BDBDBD"/>
    </w:rPr>
  </w:style>
  <w:style w:type="character" w:styleId="IntenseEmphasis">
    <w:name w:val="Intense Emphasis"/>
    <w:uiPriority w:val="21"/>
    <w:basedOn w:val="DefaultParagraphFont"/>
    <w:qFormat/>
    <w:rPr>
      <w:b/>
      <w:bCs/>
      <w:i/>
      <w:iCs/>
      <w:color w:val="4F81BD"/>
    </w:rPr>
  </w:style>
  <w:style w:type="character" w:styleId="SubtleReference">
    <w:name w:val="Subtle Reference"/>
    <w:uiPriority w:val="31"/>
    <w:basedOn w:val="DefaultParagraphFont"/>
    <w:qFormat/>
    <w:rPr>
      <w:smallCaps/>
      <w:color w:val="C0504D"/>
      <w:u w:val="single" w:color="auto"/>
    </w:rPr>
  </w:style>
  <w:style w:type="character" w:styleId="IntenseReference">
    <w:name w:val="Intense Reference"/>
    <w:uiPriority w:val="32"/>
    <w:basedOn w:val="DefaultParagraphFont"/>
    <w:qFormat/>
    <w:rPr>
      <w:b/>
      <w:bCs/>
      <w:smallCaps/>
      <w:color w:val="C0504D"/>
      <w:u w:val="single" w:color="auto"/>
      <w:spacing w:val="5"/>
    </w:rPr>
  </w:style>
  <w:style w:type="character" w:styleId="BookTitle">
    <w:name w:val="Book Title"/>
    <w:uiPriority w:val="33"/>
    <w:basedOn w:val="DefaultParagraphFont"/>
    <w:qFormat/>
    <w:rPr>
      <w:b/>
      <w:bCs/>
      <w:smallCaps/>
      <w:spacing w:val="5"/>
    </w:rPr>
  </w:style>
  <w:style w:type="paragraph" w:styleId="TOCHeading">
    <w:name w:val="TOC Heading"/>
    <w:uiPriority w:val="39"/>
    <w:basedOn w:val="Heading1"/>
    <w:next w:val="Normal"/>
    <w:qFormat/>
    <w:semiHidden/>
    <w:unhideWhenUsed/>
    <w:pPr>
      <w:outlineLvl w:val="9"/>
    </w:pPr>
  </w:style>
  <w:style w:type="table" w:styleId="TableGrid">
    <w:name w:val="Table Grid"/>
    <w:uiPriority w:val="59"/>
    <w:basedOn w:val="TableNormal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uiPriority w:val="60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1E1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E1E1" w:themeFill="text1" w:themeFillTint="3f"/>
      </w:tcPr>
    </w:tblStylePr>
  </w:style>
  <w:style w:type="table" w:styleId="LightShading-Accent1">
    <w:name w:val="Light Shading Accent 1"/>
    <w:uiPriority w:val="60"/>
    <w:basedOn w:val="TableNormal"/>
    <w:pPr>
      <w:spacing w:after="0" w:line="240" w:lineRule="auto"/>
    </w:pPr>
    <w:rPr>
      <w:color w:val="376092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8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E8F1" w:themeFill="accent1" w:themeFillTint="3f"/>
      </w:tcPr>
    </w:tblStylePr>
  </w:style>
  <w:style w:type="table" w:styleId="LightShading-Accent2">
    <w:name w:val="Light Shading Accent 2"/>
    <w:uiPriority w:val="60"/>
    <w:basedOn w:val="TableNormal"/>
    <w:pPr>
      <w:spacing w:after="0" w:line="240" w:lineRule="auto"/>
    </w:pPr>
    <w:rPr>
      <w:color w:val="953735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E4E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1E4E3" w:themeFill="accent2" w:themeFillTint="3f"/>
      </w:tcPr>
    </w:tblStylePr>
  </w:style>
  <w:style w:type="table" w:styleId="LightShading-Accent3">
    <w:name w:val="Light Shading Accent 3"/>
    <w:uiPriority w:val="60"/>
    <w:basedOn w:val="TableNormal"/>
    <w:pPr>
      <w:spacing w:after="0" w:line="240" w:lineRule="auto"/>
    </w:pPr>
    <w:rPr>
      <w:color w:val="76933C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F0E4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F0E4" w:themeFill="accent3" w:themeFillTint="3f"/>
      </w:tcPr>
    </w:tblStylePr>
  </w:style>
  <w:style w:type="table" w:styleId="LightShading-Accent4">
    <w:name w:val="Light Shading Accent 4"/>
    <w:uiPriority w:val="60"/>
    <w:basedOn w:val="TableNormal"/>
    <w:pPr>
      <w:spacing w:after="0" w:line="240" w:lineRule="auto"/>
    </w:pPr>
    <w:rPr>
      <w:color w:val="604A7B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5EC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5EC" w:themeFill="accent4" w:themeFillTint="3f"/>
      </w:tcPr>
    </w:tblStylePr>
  </w:style>
  <w:style w:type="table" w:styleId="LightShading-Accent5">
    <w:name w:val="Light Shading Accent 5"/>
    <w:uiPriority w:val="60"/>
    <w:basedOn w:val="TableNormal"/>
    <w:pPr>
      <w:spacing w:after="0" w:line="240" w:lineRule="auto"/>
    </w:pPr>
    <w:rPr>
      <w:color w:val="31859B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EF3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EEF3" w:themeFill="accent5" w:themeFillTint="3f"/>
      </w:tcPr>
    </w:tblStylePr>
  </w:style>
  <w:style w:type="table" w:styleId="LightShading-Accent6">
    <w:name w:val="Light Shading Accent 6"/>
    <w:uiPriority w:val="60"/>
    <w:basedOn w:val="TableNormal"/>
    <w:pPr>
      <w:spacing w:after="0" w:line="240" w:lineRule="auto"/>
    </w:pPr>
    <w:rPr>
      <w:color w:val="E46C0A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BE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BE3" w:themeFill="accent6" w:themeFillTint="3f"/>
      </w:tcPr>
    </w:tblStylePr>
  </w:style>
  <w:style w:type="table" w:styleId="LightList">
    <w:name w:val="Light List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uiPriority w:val="61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E1E1E1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E1E1E1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E4E8F1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E4E8F1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F1E4E3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F1E4E3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BF0E4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BF0E4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E8E5EC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E8E5EC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E3EEF3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E3EEF3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uiPriority w:val="62"/>
    <w:basedOn w:val="TableNormal"/>
    <w:pPr>
      <w:spacing w:after="0" w:line="240" w:lineRule="auto"/>
    </w:p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after="0" w:before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BE3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BE3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8C8C8C" w:themeColor="text1" w:themeTint="bf"/>
        <w:left w:val="single" w:sz="8" w:space="0" w:color="8C8C8C" w:themeColor="text1" w:themeTint="bf"/>
        <w:bottom w:val="single" w:sz="8" w:space="0" w:color="8C8C8C" w:themeColor="text1" w:themeTint="bf"/>
        <w:right w:val="single" w:sz="8" w:space="0" w:color="8C8C8C" w:themeColor="text1" w:themeTint="bf"/>
        <w:insideH w:val="single" w:sz="8" w:space="0" w:color="8C8C8C" w:themeColor="tex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8C8C8C" w:themeColor="text1" w:themeTint="bf"/>
          <w:left w:val="single" w:sz="8" w:space="0" w:color="8C8C8C" w:themeColor="text1" w:themeTint="bf"/>
          <w:bottom w:val="single" w:sz="8" w:space="0" w:color="8C8C8C" w:themeColor="text1" w:themeTint="bf"/>
          <w:right w:val="single" w:sz="8" w:space="0" w:color="8C8C8C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8C8C8C" w:themeColor="text1" w:themeTint="bf"/>
          <w:left w:val="single" w:sz="8" w:space="0" w:color="8C8C8C" w:themeColor="text1" w:themeTint="bf"/>
          <w:bottom w:val="single" w:sz="8" w:space="0" w:color="8C8C8C" w:themeColor="text1" w:themeTint="bf"/>
          <w:right w:val="single" w:sz="8" w:space="0" w:color="8C8C8C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1E1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E1E1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97ADD0" w:themeColor="accent1" w:themeTint="bf"/>
        <w:left w:val="single" w:sz="8" w:space="0" w:color="97ADD0" w:themeColor="accent1" w:themeTint="bf"/>
        <w:bottom w:val="single" w:sz="8" w:space="0" w:color="97ADD0" w:themeColor="accent1" w:themeTint="bf"/>
        <w:right w:val="single" w:sz="8" w:space="0" w:color="97ADD0" w:themeColor="accent1" w:themeTint="bf"/>
        <w:insideH w:val="single" w:sz="8" w:space="0" w:color="97ADD0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7ADD0" w:themeColor="accent1" w:themeTint="bf"/>
          <w:left w:val="single" w:sz="8" w:space="0" w:color="97ADD0" w:themeColor="accent1" w:themeTint="bf"/>
          <w:bottom w:val="single" w:sz="8" w:space="0" w:color="97ADD0" w:themeColor="accent1" w:themeTint="bf"/>
          <w:right w:val="single" w:sz="8" w:space="0" w:color="97ADD0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7ADD0" w:themeColor="accent1" w:themeTint="bf"/>
          <w:left w:val="single" w:sz="8" w:space="0" w:color="97ADD0" w:themeColor="accent1" w:themeTint="bf"/>
          <w:bottom w:val="single" w:sz="8" w:space="0" w:color="97ADD0" w:themeColor="accent1" w:themeTint="bf"/>
          <w:right w:val="single" w:sz="8" w:space="0" w:color="97ADD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8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E8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D29897" w:themeColor="accent2" w:themeTint="bf"/>
        <w:left w:val="single" w:sz="8" w:space="0" w:color="D29897" w:themeColor="accent2" w:themeTint="bf"/>
        <w:bottom w:val="single" w:sz="8" w:space="0" w:color="D29897" w:themeColor="accent2" w:themeTint="bf"/>
        <w:right w:val="single" w:sz="8" w:space="0" w:color="D29897" w:themeColor="accent2" w:themeTint="bf"/>
        <w:insideH w:val="single" w:sz="8" w:space="0" w:color="D29897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D29897" w:themeColor="accent2" w:themeTint="bf"/>
          <w:left w:val="single" w:sz="8" w:space="0" w:color="D29897" w:themeColor="accent2" w:themeTint="bf"/>
          <w:bottom w:val="single" w:sz="8" w:space="0" w:color="D29897" w:themeColor="accent2" w:themeTint="bf"/>
          <w:right w:val="single" w:sz="8" w:space="0" w:color="D29897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D29897" w:themeColor="accent2" w:themeTint="bf"/>
          <w:left w:val="single" w:sz="8" w:space="0" w:color="D29897" w:themeColor="accent2" w:themeTint="bf"/>
          <w:bottom w:val="single" w:sz="8" w:space="0" w:color="D29897" w:themeColor="accent2" w:themeTint="bf"/>
          <w:right w:val="single" w:sz="8" w:space="0" w:color="D29897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E4E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1E4E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BBCF9B" w:themeColor="accent3" w:themeTint="bf"/>
        <w:left w:val="single" w:sz="8" w:space="0" w:color="BBCF9B" w:themeColor="accent3" w:themeTint="bf"/>
        <w:bottom w:val="single" w:sz="8" w:space="0" w:color="BBCF9B" w:themeColor="accent3" w:themeTint="bf"/>
        <w:right w:val="single" w:sz="8" w:space="0" w:color="BBCF9B" w:themeColor="accent3" w:themeTint="bf"/>
        <w:insideH w:val="single" w:sz="8" w:space="0" w:color="BBCF9B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BBCF9B" w:themeColor="accent3" w:themeTint="bf"/>
          <w:left w:val="single" w:sz="8" w:space="0" w:color="BBCF9B" w:themeColor="accent3" w:themeTint="bf"/>
          <w:bottom w:val="single" w:sz="8" w:space="0" w:color="BBCF9B" w:themeColor="accent3" w:themeTint="bf"/>
          <w:right w:val="single" w:sz="8" w:space="0" w:color="BBCF9B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BBCF9B" w:themeColor="accent3" w:themeTint="bf"/>
          <w:left w:val="single" w:sz="8" w:space="0" w:color="BBCF9B" w:themeColor="accent3" w:themeTint="bf"/>
          <w:bottom w:val="single" w:sz="8" w:space="0" w:color="BBCF9B" w:themeColor="accent3" w:themeTint="bf"/>
          <w:right w:val="single" w:sz="8" w:space="0" w:color="BBCF9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F0E4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F0E4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AC9FBF" w:themeColor="accent4" w:themeTint="bf"/>
        <w:left w:val="single" w:sz="8" w:space="0" w:color="AC9FBF" w:themeColor="accent4" w:themeTint="bf"/>
        <w:bottom w:val="single" w:sz="8" w:space="0" w:color="AC9FBF" w:themeColor="accent4" w:themeTint="bf"/>
        <w:right w:val="single" w:sz="8" w:space="0" w:color="AC9FBF" w:themeColor="accent4" w:themeTint="bf"/>
        <w:insideH w:val="single" w:sz="8" w:space="0" w:color="AC9FBF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AC9FBF" w:themeColor="accent4" w:themeTint="bf"/>
          <w:left w:val="single" w:sz="8" w:space="0" w:color="AC9FBF" w:themeColor="accent4" w:themeTint="bf"/>
          <w:bottom w:val="single" w:sz="8" w:space="0" w:color="AC9FBF" w:themeColor="accent4" w:themeTint="bf"/>
          <w:right w:val="single" w:sz="8" w:space="0" w:color="AC9FBF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AC9FBF" w:themeColor="accent4" w:themeTint="bf"/>
          <w:left w:val="single" w:sz="8" w:space="0" w:color="AC9FBF" w:themeColor="accent4" w:themeTint="bf"/>
          <w:bottom w:val="single" w:sz="8" w:space="0" w:color="AC9FBF" w:themeColor="accent4" w:themeTint="bf"/>
          <w:right w:val="single" w:sz="8" w:space="0" w:color="AC9FB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5EC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5EC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96C5D6" w:themeColor="accent5" w:themeTint="bf"/>
        <w:left w:val="single" w:sz="8" w:space="0" w:color="96C5D6" w:themeColor="accent5" w:themeTint="bf"/>
        <w:bottom w:val="single" w:sz="8" w:space="0" w:color="96C5D6" w:themeColor="accent5" w:themeTint="bf"/>
        <w:right w:val="single" w:sz="8" w:space="0" w:color="96C5D6" w:themeColor="accent5" w:themeTint="bf"/>
        <w:insideH w:val="single" w:sz="8" w:space="0" w:color="96C5D6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96C5D6" w:themeColor="accent5" w:themeTint="bf"/>
          <w:left w:val="single" w:sz="8" w:space="0" w:color="96C5D6" w:themeColor="accent5" w:themeTint="bf"/>
          <w:bottom w:val="single" w:sz="8" w:space="0" w:color="96C5D6" w:themeColor="accent5" w:themeTint="bf"/>
          <w:right w:val="single" w:sz="8" w:space="0" w:color="96C5D6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96C5D6" w:themeColor="accent5" w:themeTint="bf"/>
          <w:left w:val="single" w:sz="8" w:space="0" w:color="96C5D6" w:themeColor="accent5" w:themeTint="bf"/>
          <w:bottom w:val="single" w:sz="8" w:space="0" w:color="96C5D6" w:themeColor="accent5" w:themeTint="bf"/>
          <w:right w:val="single" w:sz="8" w:space="0" w:color="96C5D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EF3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EEF3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uiPriority w:val="63"/>
    <w:basedOn w:val="TableNormal"/>
    <w:pPr>
      <w:spacing w:after="0" w:line="240" w:lineRule="auto"/>
    </w:pPr>
    <w:tblPr>
      <w:tblInd w:w="0" w:type="dxa"/>
      <w:tblBorders>
        <w:top w:val="single" w:sz="8" w:space="0" w:color="F9B895" w:themeColor="accent6" w:themeTint="bf"/>
        <w:left w:val="single" w:sz="8" w:space="0" w:color="F9B895" w:themeColor="accent6" w:themeTint="bf"/>
        <w:bottom w:val="single" w:sz="8" w:space="0" w:color="F9B895" w:themeColor="accent6" w:themeTint="bf"/>
        <w:right w:val="single" w:sz="8" w:space="0" w:color="F9B895" w:themeColor="accent6" w:themeTint="bf"/>
        <w:insideH w:val="single" w:sz="8" w:space="0" w:color="F9B895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8" w:space="0" w:color="F9B895" w:themeColor="accent6" w:themeTint="bf"/>
          <w:left w:val="single" w:sz="8" w:space="0" w:color="F9B895" w:themeColor="accent6" w:themeTint="bf"/>
          <w:bottom w:val="single" w:sz="8" w:space="0" w:color="F9B895" w:themeColor="accent6" w:themeTint="bf"/>
          <w:right w:val="single" w:sz="8" w:space="0" w:color="F9B895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val="double" w:sz="6" w:space="0" w:color="F9B895" w:themeColor="accent6" w:themeTint="bf"/>
          <w:left w:val="single" w:sz="8" w:space="0" w:color="F9B895" w:themeColor="accent6" w:themeTint="bf"/>
          <w:bottom w:val="single" w:sz="8" w:space="0" w:color="F9B895" w:themeColor="accent6" w:themeTint="bf"/>
          <w:right w:val="single" w:sz="8" w:space="0" w:color="F9B895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E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BE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uiPriority w:val="64"/>
    <w:basedOn w:val="TableNormal"/>
    <w:pPr>
      <w:spacing w:after="0" w:line="240" w:lineRule="auto"/>
    </w:pPr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pPr>
        <w:spacing w:after="0" w:before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E1E1E1" w:themeFill="text1" w:themeFillTint="3f"/>
      </w:tcPr>
    </w:tblStylePr>
    <w:tblStylePr w:type="band1Horz">
      <w:tblPr/>
      <w:tcPr>
        <w:shd w:val="clear" w:color="auto" w:fill="E1E1E1" w:themeFill="text1" w:themeFillTint="3f"/>
      </w:tcPr>
    </w:tblStylePr>
  </w:style>
  <w:style w:type="table" w:styleId="MediumList1-Accent1">
    <w:name w:val="Medium List 1 Accent 1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E4E8F1" w:themeFill="accent1" w:themeFillTint="3f"/>
      </w:tcPr>
    </w:tblStylePr>
    <w:tblStylePr w:type="band1Horz">
      <w:tblPr/>
      <w:tcPr>
        <w:shd w:val="clear" w:color="auto" w:fill="E4E8F1" w:themeFill="accent1" w:themeFillTint="3f"/>
      </w:tcPr>
    </w:tblStylePr>
  </w:style>
  <w:style w:type="table" w:styleId="MediumList1-Accent2">
    <w:name w:val="Medium List 1 Accent 2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F1E4E3" w:themeFill="accent2" w:themeFillTint="3f"/>
      </w:tcPr>
    </w:tblStylePr>
    <w:tblStylePr w:type="band1Horz">
      <w:tblPr/>
      <w:tcPr>
        <w:shd w:val="clear" w:color="auto" w:fill="F1E4E3" w:themeFill="accent2" w:themeFillTint="3f"/>
      </w:tcPr>
    </w:tblStylePr>
  </w:style>
  <w:style w:type="table" w:styleId="MediumList1-Accent3">
    <w:name w:val="Medium List 1 Accent 3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BF0E4" w:themeFill="accent3" w:themeFillTint="3f"/>
      </w:tcPr>
    </w:tblStylePr>
    <w:tblStylePr w:type="band1Horz">
      <w:tblPr/>
      <w:tcPr>
        <w:shd w:val="clear" w:color="auto" w:fill="EBF0E4" w:themeFill="accent3" w:themeFillTint="3f"/>
      </w:tcPr>
    </w:tblStylePr>
  </w:style>
  <w:style w:type="table" w:styleId="MediumList1-Accent4">
    <w:name w:val="Medium List 1 Accent 4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E8E5EC" w:themeFill="accent4" w:themeFillTint="3f"/>
      </w:tcPr>
    </w:tblStylePr>
    <w:tblStylePr w:type="band1Horz">
      <w:tblPr/>
      <w:tcPr>
        <w:shd w:val="clear" w:color="auto" w:fill="E8E5EC" w:themeFill="accent4" w:themeFillTint="3f"/>
      </w:tcPr>
    </w:tblStylePr>
  </w:style>
  <w:style w:type="table" w:styleId="MediumList1-Accent5">
    <w:name w:val="Medium List 1 Accent 5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E3EEF3" w:themeFill="accent5" w:themeFillTint="3f"/>
      </w:tcPr>
    </w:tblStylePr>
    <w:tblStylePr w:type="band1Horz">
      <w:tblPr/>
      <w:tcPr>
        <w:shd w:val="clear" w:color="auto" w:fill="E3EEF3" w:themeFill="accent5" w:themeFillTint="3f"/>
      </w:tcPr>
    </w:tblStylePr>
  </w:style>
  <w:style w:type="table" w:styleId="MediumList1-Accent6">
    <w:name w:val="Medium List 1 Accent 6"/>
    <w:uiPriority w:val="65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BE3" w:themeFill="accent6" w:themeFillTint="3f"/>
      </w:tcPr>
    </w:tblStylePr>
    <w:tblStylePr w:type="band1Horz">
      <w:tblPr/>
      <w:tcPr>
        <w:shd w:val="clear" w:color="auto" w:fill="FDEBE3" w:themeFill="accent6" w:themeFillTint="3f"/>
      </w:tcPr>
    </w:tblStylePr>
  </w:style>
  <w:style w:type="table" w:styleId="MediumList2">
    <w:name w:val="Medium Lis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1E1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E1E1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8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E8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E4E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1E4E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F0E4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F0E4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5EC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5EC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EF3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EEF3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uiPriority w:val="66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BE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BE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8C8C8C" w:themeColor="text1" w:themeTint="bf"/>
        <w:left w:val="single" w:sz="8" w:space="0" w:color="8C8C8C" w:themeColor="text1" w:themeTint="bf"/>
        <w:bottom w:val="single" w:sz="8" w:space="0" w:color="8C8C8C" w:themeColor="text1" w:themeTint="bf"/>
        <w:right w:val="single" w:sz="8" w:space="0" w:color="8C8C8C" w:themeColor="text1" w:themeTint="bf"/>
        <w:insideH w:val="single" w:sz="8" w:space="0" w:color="8C8C8C" w:themeColor="text1" w:themeTint="bf"/>
        <w:insideV w:val="single" w:sz="8" w:space="0" w:color="8C8C8C" w:themeColor="tex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1E1E1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BDBD" w:themeFill="text1" w:themeFillTint="7f"/>
      </w:tcPr>
    </w:tblStylePr>
    <w:tblStylePr w:type="band1Horz">
      <w:tblPr/>
      <w:tcPr>
        <w:shd w:val="clear" w:color="auto" w:fill="BDBDBD" w:themeFill="text1" w:themeFillTint="7f"/>
      </w:tcPr>
    </w:tblStylePr>
  </w:style>
  <w:style w:type="table" w:styleId="MediumGrid1-Accent1">
    <w:name w:val="Medium Grid 1 Accent 1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97ADD0" w:themeColor="accent1" w:themeTint="bf"/>
        <w:left w:val="single" w:sz="8" w:space="0" w:color="97ADD0" w:themeColor="accent1" w:themeTint="bf"/>
        <w:bottom w:val="single" w:sz="8" w:space="0" w:color="97ADD0" w:themeColor="accent1" w:themeTint="bf"/>
        <w:right w:val="single" w:sz="8" w:space="0" w:color="97ADD0" w:themeColor="accent1" w:themeTint="bf"/>
        <w:insideH w:val="single" w:sz="8" w:space="0" w:color="97ADD0" w:themeColor="accent1" w:themeTint="bf"/>
        <w:insideV w:val="single" w:sz="8" w:space="0" w:color="97ADD0" w:themeColor="accent1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4E8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7ADD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CDE1" w:themeFill="accent1" w:themeFillTint="7f"/>
      </w:tcPr>
    </w:tblStylePr>
    <w:tblStylePr w:type="band1Horz">
      <w:tblPr/>
      <w:tcPr>
        <w:shd w:val="clear" w:color="auto" w:fill="C2CDE1" w:themeFill="accent1" w:themeFillTint="7f"/>
      </w:tcPr>
    </w:tblStylePr>
  </w:style>
  <w:style w:type="table" w:styleId="MediumGrid1-Accent2">
    <w:name w:val="Medium Grid 1 Accent 2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D29897" w:themeColor="accent2" w:themeTint="bf"/>
        <w:left w:val="single" w:sz="8" w:space="0" w:color="D29897" w:themeColor="accent2" w:themeTint="bf"/>
        <w:bottom w:val="single" w:sz="8" w:space="0" w:color="D29897" w:themeColor="accent2" w:themeTint="bf"/>
        <w:right w:val="single" w:sz="8" w:space="0" w:color="D29897" w:themeColor="accent2" w:themeTint="bf"/>
        <w:insideH w:val="single" w:sz="8" w:space="0" w:color="D29897" w:themeColor="accent2" w:themeTint="bf"/>
        <w:insideV w:val="single" w:sz="8" w:space="0" w:color="D29897" w:themeColor="accent2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1E4E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29897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C3C2" w:themeFill="accent2" w:themeFillTint="7f"/>
      </w:tcPr>
    </w:tblStylePr>
    <w:tblStylePr w:type="band1Horz">
      <w:tblPr/>
      <w:tcPr>
        <w:shd w:val="clear" w:color="auto" w:fill="E2C3C2" w:themeFill="accent2" w:themeFillTint="7f"/>
      </w:tcPr>
    </w:tblStylePr>
  </w:style>
  <w:style w:type="table" w:styleId="MediumGrid1-Accent3">
    <w:name w:val="Medium Grid 1 Accent 3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BBCF9B" w:themeColor="accent3" w:themeTint="bf"/>
        <w:left w:val="single" w:sz="8" w:space="0" w:color="BBCF9B" w:themeColor="accent3" w:themeTint="bf"/>
        <w:bottom w:val="single" w:sz="8" w:space="0" w:color="BBCF9B" w:themeColor="accent3" w:themeTint="bf"/>
        <w:right w:val="single" w:sz="8" w:space="0" w:color="BBCF9B" w:themeColor="accent3" w:themeTint="bf"/>
        <w:insideH w:val="single" w:sz="8" w:space="0" w:color="BBCF9B" w:themeColor="accent3" w:themeTint="bf"/>
        <w:insideV w:val="single" w:sz="8" w:space="0" w:color="BBCF9B" w:themeColor="accent3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0E4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F9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0C4" w:themeFill="accent3" w:themeFillTint="7f"/>
      </w:tcPr>
    </w:tblStylePr>
    <w:tblStylePr w:type="band1Horz">
      <w:tblPr/>
      <w:tcPr>
        <w:shd w:val="clear" w:color="auto" w:fill="D5E0C4" w:themeFill="accent3" w:themeFillTint="7f"/>
      </w:tcPr>
    </w:tblStylePr>
  </w:style>
  <w:style w:type="table" w:styleId="MediumGrid1-Accent4">
    <w:name w:val="Medium Grid 1 Accent 4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AC9FBF" w:themeColor="accent4" w:themeTint="bf"/>
        <w:left w:val="single" w:sz="8" w:space="0" w:color="AC9FBF" w:themeColor="accent4" w:themeTint="bf"/>
        <w:bottom w:val="single" w:sz="8" w:space="0" w:color="AC9FBF" w:themeColor="accent4" w:themeTint="bf"/>
        <w:right w:val="single" w:sz="8" w:space="0" w:color="AC9FBF" w:themeColor="accent4" w:themeTint="bf"/>
        <w:insideH w:val="single" w:sz="8" w:space="0" w:color="AC9FBF" w:themeColor="accent4" w:themeTint="bf"/>
        <w:insideV w:val="single" w:sz="8" w:space="0" w:color="AC9FBF" w:themeColor="accent4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8E5EC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C9FB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C6D7" w:themeFill="accent4" w:themeFillTint="7f"/>
      </w:tcPr>
    </w:tblStylePr>
    <w:tblStylePr w:type="band1Horz">
      <w:tblPr/>
      <w:tcPr>
        <w:shd w:val="clear" w:color="auto" w:fill="CDC6D7" w:themeFill="accent4" w:themeFillTint="7f"/>
      </w:tcPr>
    </w:tblStylePr>
  </w:style>
  <w:style w:type="table" w:styleId="MediumGrid1-Accent5">
    <w:name w:val="Medium Grid 1 Accent 5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96C5D6" w:themeColor="accent5" w:themeTint="bf"/>
        <w:left w:val="single" w:sz="8" w:space="0" w:color="96C5D6" w:themeColor="accent5" w:themeTint="bf"/>
        <w:bottom w:val="single" w:sz="8" w:space="0" w:color="96C5D6" w:themeColor="accent5" w:themeTint="bf"/>
        <w:right w:val="single" w:sz="8" w:space="0" w:color="96C5D6" w:themeColor="accent5" w:themeTint="bf"/>
        <w:insideH w:val="single" w:sz="8" w:space="0" w:color="96C5D6" w:themeColor="accent5" w:themeTint="bf"/>
        <w:insideV w:val="single" w:sz="8" w:space="0" w:color="96C5D6" w:themeColor="accent5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3EEF3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C5D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BE5" w:themeFill="accent5" w:themeFillTint="7f"/>
      </w:tcPr>
    </w:tblStylePr>
    <w:tblStylePr w:type="band1Horz">
      <w:tblPr/>
      <w:tcPr>
        <w:shd w:val="clear" w:color="auto" w:fill="C2DBE5" w:themeFill="accent5" w:themeFillTint="7f"/>
      </w:tcPr>
    </w:tblStylePr>
  </w:style>
  <w:style w:type="table" w:styleId="MediumGrid1-Accent6">
    <w:name w:val="Medium Grid 1 Accent 6"/>
    <w:uiPriority w:val="67"/>
    <w:basedOn w:val="TableNormal"/>
    <w:pPr>
      <w:spacing w:after="0" w:line="240" w:lineRule="auto"/>
    </w:pPr>
    <w:tblPr>
      <w:tblInd w:w="0" w:type="dxa"/>
      <w:tblBorders>
        <w:top w:val="single" w:sz="8" w:space="0" w:color="F9B895" w:themeColor="accent6" w:themeTint="bf"/>
        <w:left w:val="single" w:sz="8" w:space="0" w:color="F9B895" w:themeColor="accent6" w:themeTint="bf"/>
        <w:bottom w:val="single" w:sz="8" w:space="0" w:color="F9B895" w:themeColor="accent6" w:themeTint="bf"/>
        <w:right w:val="single" w:sz="8" w:space="0" w:color="F9B895" w:themeColor="accent6" w:themeTint="bf"/>
        <w:insideH w:val="single" w:sz="8" w:space="0" w:color="F9B895" w:themeColor="accent6" w:themeTint="bf"/>
        <w:insideV w:val="single" w:sz="8" w:space="0" w:color="F9B895" w:themeColor="accent6" w:themeTint="b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BE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895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3C1" w:themeFill="accent6" w:themeFillTint="7f"/>
      </w:tcPr>
    </w:tblStylePr>
    <w:tblStylePr w:type="band1Horz">
      <w:tblPr/>
      <w:tcPr>
        <w:shd w:val="clear" w:color="auto" w:fill="FBD3C1" w:themeFill="accent6" w:themeFillTint="7f"/>
      </w:tcPr>
    </w:tblStylePr>
  </w:style>
  <w:style w:type="table" w:styleId="MediumGrid2">
    <w:name w:val="Medium Grid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1E1E1" w:themeFill="text1" w:themeFillTint="3f"/>
    </w:tcPr>
    <w:tblStylePr w:type="firstRow">
      <w:rPr>
        <w:b/>
        <w:bCs/>
        <w:color w:val="000000"/>
      </w:rPr>
      <w:tblPr/>
      <w:tcPr>
        <w:shd w:val="clear" w:color="auto" w:fill="F4F4F4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7E7" w:themeFill="text1" w:themeFillTint="33"/>
      </w:tcPr>
    </w:tblStylePr>
    <w:tblStylePr w:type="band1Vert">
      <w:tblPr/>
      <w:tcPr>
        <w:shd w:val="clear" w:color="auto" w:fill="BDBDBD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BDBDBD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4E8F1" w:themeFill="accent1" w:themeFillTint="3f"/>
    </w:tcPr>
    <w:tblStylePr w:type="firstRow">
      <w:rPr>
        <w:b/>
        <w:bCs/>
        <w:color w:val="000000"/>
      </w:rPr>
      <w:tblPr/>
      <w:tcPr>
        <w:shd w:val="clear" w:color="auto" w:fill="F5F6FA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EDF4" w:themeFill="accent1" w:themeFillTint="33"/>
      </w:tcPr>
    </w:tblStylePr>
    <w:tblStylePr w:type="band1Vert">
      <w:tblPr/>
      <w:tcPr>
        <w:shd w:val="clear" w:color="auto" w:fill="C2CDE1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C2CD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1E4E3" w:themeFill="accent2" w:themeFillTint="3f"/>
    </w:tcPr>
    <w:tblStylePr w:type="firstRow">
      <w:rPr>
        <w:b/>
        <w:bCs/>
        <w:color w:val="000000"/>
      </w:rPr>
      <w:tblPr/>
      <w:tcPr>
        <w:shd w:val="clear" w:color="auto" w:fill="FAF5F5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E9E9" w:themeFill="accent2" w:themeFillTint="33"/>
      </w:tcPr>
    </w:tblStylePr>
    <w:tblStylePr w:type="band1Vert">
      <w:tblPr/>
      <w:tcPr>
        <w:shd w:val="clear" w:color="auto" w:fill="E2C3C2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E2C3C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0E4" w:themeFill="accent3" w:themeFillTint="3f"/>
    </w:tcPr>
    <w:tblStylePr w:type="firstRow">
      <w:rPr>
        <w:b/>
        <w:bCs/>
        <w:color w:val="000000"/>
      </w:rPr>
      <w:tblPr/>
      <w:tcPr>
        <w:shd w:val="clear" w:color="auto" w:fill="F7F9F5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F3EA" w:themeFill="accent3" w:themeFillTint="33"/>
      </w:tcPr>
    </w:tblStylePr>
    <w:tblStylePr w:type="band1Vert">
      <w:tblPr/>
      <w:tcPr>
        <w:shd w:val="clear" w:color="auto" w:fill="D5E0C4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D5E0C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8E5EC" w:themeFill="accent4" w:themeFillTint="3f"/>
    </w:tcPr>
    <w:tblStylePr w:type="firstRow">
      <w:rPr>
        <w:b/>
        <w:bCs/>
        <w:color w:val="000000"/>
      </w:rPr>
      <w:tblPr/>
      <w:tcPr>
        <w:shd w:val="clear" w:color="auto" w:fill="F6F5F8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AF0" w:themeFill="accent4" w:themeFillTint="33"/>
      </w:tcPr>
    </w:tblStylePr>
    <w:tblStylePr w:type="band1Vert">
      <w:tblPr/>
      <w:tcPr>
        <w:shd w:val="clear" w:color="auto" w:fill="CDC6D7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CDC6D7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3EEF3" w:themeFill="accent5" w:themeFillTint="3f"/>
    </w:tcPr>
    <w:tblStylePr w:type="firstRow">
      <w:rPr>
        <w:b/>
        <w:bCs/>
        <w:color w:val="000000"/>
      </w:rPr>
      <w:tblPr/>
      <w:tcPr>
        <w:shd w:val="clear" w:color="auto" w:fill="F5F8FA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1F5" w:themeFill="accent5" w:themeFillTint="33"/>
      </w:tcPr>
    </w:tblStylePr>
    <w:tblStylePr w:type="band1Vert">
      <w:tblPr/>
      <w:tcPr>
        <w:shd w:val="clear" w:color="auto" w:fill="C2DBE5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C2DBE5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uiPriority w:val="68"/>
    <w:basedOn w:val="TableNormal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BE3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7F4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FE9" w:themeFill="accent6" w:themeFillTint="33"/>
      </w:tcPr>
    </w:tblStylePr>
    <w:tblStylePr w:type="band1Vert">
      <w:tblPr/>
      <w:tcPr>
        <w:shd w:val="clear" w:color="auto" w:fill="FBD3C1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D3C1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1E1E1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DBDBD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DBDBD" w:themeFill="text1" w:themeFillTint="7f"/>
      </w:tcPr>
    </w:tblStylePr>
  </w:style>
  <w:style w:type="table" w:styleId="MediumGrid3-Accent1">
    <w:name w:val="Medium Grid 3 Accent 1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4E8F1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CD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CDE1" w:themeFill="accent1" w:themeFillTint="7f"/>
      </w:tcPr>
    </w:tblStylePr>
  </w:style>
  <w:style w:type="table" w:styleId="MediumGrid3-Accent2">
    <w:name w:val="Medium Grid 3 Accent 2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1E4E3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2C3C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2C3C2" w:themeFill="accent2" w:themeFillTint="7f"/>
      </w:tcPr>
    </w:tblStylePr>
  </w:style>
  <w:style w:type="table" w:styleId="MediumGrid3-Accent3">
    <w:name w:val="Medium Grid 3 Accent 3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BF0E4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5E0C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5E0C4" w:themeFill="accent3" w:themeFillTint="7f"/>
      </w:tcPr>
    </w:tblStylePr>
  </w:style>
  <w:style w:type="table" w:styleId="MediumGrid3-Accent4">
    <w:name w:val="Medium Grid 3 Accent 4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8E5EC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C6D7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C6D7" w:themeFill="accent4" w:themeFillTint="7f"/>
      </w:tcPr>
    </w:tblStylePr>
  </w:style>
  <w:style w:type="table" w:styleId="MediumGrid3-Accent5">
    <w:name w:val="Medium Grid 3 Accent 5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3EEF3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DBE5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DBE5" w:themeFill="accent5" w:themeFillTint="7f"/>
      </w:tcPr>
    </w:tblStylePr>
  </w:style>
  <w:style w:type="table" w:styleId="MediumGrid3-Accent6">
    <w:name w:val="Medium Grid 3 Accent 6"/>
    <w:uiPriority w:val="69"/>
    <w:basedOn w:val="TableNormal"/>
    <w:pPr>
      <w:spacing w:after="0" w:line="240" w:lineRule="auto"/>
    </w:pPr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BE3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D3C1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D3C1" w:themeFill="accent6" w:themeFillTint="7f"/>
      </w:tcPr>
    </w:tblStylePr>
  </w:style>
  <w:style w:type="table" w:styleId="DarkList">
    <w:name w:val="Dark List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40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760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76092" w:themeFill="accent1" w:themeFillShade="bf"/>
      </w:tcPr>
    </w:tblStylePr>
  </w:style>
  <w:style w:type="table" w:styleId="DarkList-Accent2">
    <w:name w:val="Dark List Accent 2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325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373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3735" w:themeFill="accent2" w:themeFillShade="bf"/>
      </w:tcPr>
    </w:tblStylePr>
  </w:style>
  <w:style w:type="table" w:styleId="DarkList-Accent3">
    <w:name w:val="Dark List Accent 3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62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3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33C" w:themeFill="accent3" w:themeFillShade="bf"/>
      </w:tcPr>
    </w:tblStylePr>
  </w:style>
  <w:style w:type="table" w:styleId="DarkList-Accent4">
    <w:name w:val="Dark List Accent 4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315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04A7B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A7B" w:themeFill="accent4" w:themeFillShade="bf"/>
      </w:tcPr>
    </w:tblStylePr>
  </w:style>
  <w:style w:type="table" w:styleId="DarkList-Accent5">
    <w:name w:val="Dark List Accent 5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1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5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59B" w:themeFill="accent5" w:themeFillShade="bf"/>
      </w:tcPr>
    </w:tblStylePr>
  </w:style>
  <w:style w:type="table" w:styleId="DarkList-Accent6">
    <w:name w:val="Dark List Accent 6"/>
    <w:uiPriority w:val="70"/>
    <w:basedOn w:val="TableNormal"/>
    <w:pPr>
      <w:spacing w:after="0" w:line="240" w:lineRule="auto"/>
    </w:pPr>
    <w:rPr>
      <w:color w:val="FFFFFF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80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4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6C0A" w:themeFill="accent6" w:themeFillShade="bf"/>
      </w:tcPr>
    </w:tblStylePr>
  </w:style>
  <w:style w:type="table" w:styleId="ColorfulShading">
    <w:name w:val="Colorful Shading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4F4F4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CCCCCC" w:themeFill="text1" w:themeFillTint="66"/>
      </w:tcPr>
    </w:tblStylePr>
    <w:tblStylePr w:type="band1Horz">
      <w:tblPr/>
      <w:tcPr>
        <w:shd w:val="clear" w:color="auto" w:fill="BDBDBD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6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D75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D75" w:themeColor="accent1" w:themeShade="99"/>
          <w:insideV w:val="nil"/>
        </w:tcBorders>
        <w:shd w:val="clear" w:color="auto" w:fill="2C4D75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D75" w:themeFill="accent1" w:themeFillShade="99"/>
      </w:tcPr>
    </w:tblStylePr>
    <w:tblStylePr w:type="band1Vert">
      <w:tblPr/>
      <w:tcPr>
        <w:shd w:val="clear" w:color="auto" w:fill="D0D8E8" w:themeFill="accent1" w:themeFillTint="66"/>
      </w:tcPr>
    </w:tblStylePr>
    <w:tblStylePr w:type="band1Horz">
      <w:tblPr/>
      <w:tcPr>
        <w:shd w:val="clear" w:color="auto" w:fill="C2CDE1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AF5F5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8D0D0" w:themeFill="accent2" w:themeFillTint="66"/>
      </w:tcPr>
    </w:tblStylePr>
    <w:tblStylePr w:type="band1Horz">
      <w:tblPr/>
      <w:tcPr>
        <w:shd w:val="clear" w:color="auto" w:fill="E2C3C2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F9F5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F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F7530" w:themeColor="accent3" w:themeShade="99"/>
          <w:insideV w:val="nil"/>
        </w:tcBorders>
        <w:shd w:val="clear" w:color="auto" w:fill="5F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7530" w:themeFill="accent3" w:themeFillShade="99"/>
      </w:tcPr>
    </w:tblStylePr>
    <w:tblStylePr w:type="band1Vert">
      <w:tblPr/>
      <w:tcPr>
        <w:shd w:val="clear" w:color="auto" w:fill="DEE7D1" w:themeFill="accent3" w:themeFillTint="66"/>
      </w:tcPr>
    </w:tblStylePr>
    <w:tblStylePr w:type="band1Horz">
      <w:tblPr/>
      <w:tcPr>
        <w:shd w:val="clear" w:color="auto" w:fill="D5E0C4" w:themeFill="accent3" w:themeFillTint="7f"/>
      </w:tcPr>
    </w:tblStylePr>
  </w:style>
  <w:style w:type="table" w:styleId="ColorfulShading-Accent4">
    <w:name w:val="Colorful Shading Accent 4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6F5F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D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D3B62" w:themeColor="accent4" w:themeShade="99"/>
          <w:insideV w:val="nil"/>
        </w:tcBorders>
        <w:shd w:val="clear" w:color="auto" w:fill="4D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B62" w:themeFill="accent4" w:themeFillShade="99"/>
      </w:tcPr>
    </w:tblStylePr>
    <w:tblStylePr w:type="band1Vert">
      <w:tblPr/>
      <w:tcPr>
        <w:shd w:val="clear" w:color="auto" w:fill="D8D3E0" w:themeFill="accent4" w:themeFillTint="66"/>
      </w:tcPr>
    </w:tblStylePr>
    <w:tblStylePr w:type="band1Horz">
      <w:tblPr/>
      <w:tcPr>
        <w:shd w:val="clear" w:color="auto" w:fill="CDC6D7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F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D0E3EA" w:themeFill="accent5" w:themeFillTint="66"/>
      </w:tcPr>
    </w:tblStylePr>
    <w:tblStylePr w:type="band1Horz">
      <w:tblPr/>
      <w:tcPr>
        <w:shd w:val="clear" w:color="auto" w:fill="C2DBE5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uiPriority w:val="71"/>
    <w:basedOn w:val="TableNormal"/>
    <w:pPr>
      <w:spacing w:after="0" w:line="240" w:lineRule="auto"/>
    </w:pPr>
    <w:rPr>
      <w:color w:val="000000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7F4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7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708" w:themeColor="accent6" w:themeShade="99"/>
          <w:insideV w:val="nil"/>
        </w:tcBorders>
        <w:shd w:val="clear" w:color="auto" w:fill="B657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708" w:themeFill="accent6" w:themeFillShade="99"/>
      </w:tcPr>
    </w:tblStylePr>
    <w:tblStylePr w:type="band1Vert">
      <w:tblPr/>
      <w:tcPr>
        <w:shd w:val="clear" w:color="auto" w:fill="FCDDCF" w:themeFill="accent6" w:themeFillTint="66"/>
      </w:tcPr>
    </w:tblStylePr>
    <w:tblStylePr w:type="band1Horz">
      <w:tblPr/>
      <w:tcPr>
        <w:shd w:val="clear" w:color="auto" w:fill="FBD3C1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List">
    <w:name w:val="Colorful List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4F4F4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E1E1" w:themeFill="text1" w:themeFillTint="3f"/>
      </w:tcPr>
    </w:tblStylePr>
    <w:tblStylePr w:type="band1Horz">
      <w:tblPr/>
      <w:tcPr>
        <w:shd w:val="clear" w:color="auto" w:fill="E7E7E7" w:themeFill="text1" w:themeFillTint="33"/>
      </w:tcPr>
    </w:tblStylePr>
  </w:style>
  <w:style w:type="table" w:styleId="ColorfulList-Accent1">
    <w:name w:val="Colorful List Accent 1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6FA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8F1" w:themeFill="accent1" w:themeFillTint="3f"/>
      </w:tcPr>
    </w:tblStylePr>
    <w:tblStylePr w:type="band1Horz">
      <w:tblPr/>
      <w:tcPr>
        <w:shd w:val="clear" w:color="auto" w:fill="E9EDF4" w:themeFill="accent1" w:themeFillTint="33"/>
      </w:tcPr>
    </w:tblStylePr>
  </w:style>
  <w:style w:type="table" w:styleId="ColorfulList-Accent2">
    <w:name w:val="Colorful List Accent 2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AF5F5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F3B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E4E3" w:themeFill="accent2" w:themeFillTint="3f"/>
      </w:tcPr>
    </w:tblStylePr>
    <w:tblStylePr w:type="band1Horz">
      <w:tblPr/>
      <w:tcPr>
        <w:shd w:val="clear" w:color="auto" w:fill="F4E9E9" w:themeFill="accent2" w:themeFillTint="33"/>
      </w:tcPr>
    </w:tblStylePr>
  </w:style>
  <w:style w:type="table" w:styleId="ColorfulList-Accent3">
    <w:name w:val="Colorful List Accent 3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7F9F5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F83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F0E4" w:themeFill="accent3" w:themeFillTint="3f"/>
      </w:tcPr>
    </w:tblStylePr>
    <w:tblStylePr w:type="band1Horz">
      <w:tblPr/>
      <w:tcPr>
        <w:shd w:val="clear" w:color="auto" w:fill="EFF3EA" w:themeFill="accent3" w:themeFillTint="33"/>
      </w:tcPr>
    </w:tblStylePr>
  </w:style>
  <w:style w:type="table" w:styleId="ColorfulList-Accent4">
    <w:name w:val="Colorful List Accent 4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6F5F8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D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5EC" w:themeFill="accent4" w:themeFillTint="3f"/>
      </w:tcPr>
    </w:tblStylePr>
    <w:tblStylePr w:type="band1Horz">
      <w:tblPr/>
      <w:tcPr>
        <w:shd w:val="clear" w:color="auto" w:fill="EDEAF0" w:themeFill="accent4" w:themeFillTint="33"/>
      </w:tcPr>
    </w:tblStylePr>
  </w:style>
  <w:style w:type="table" w:styleId="ColorfulList-Accent5">
    <w:name w:val="Colorful List Accent 5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5F8FA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3740B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EF3" w:themeFill="accent5" w:themeFillTint="3f"/>
      </w:tcPr>
    </w:tblStylePr>
    <w:tblStylePr w:type="band1Horz">
      <w:tblPr/>
      <w:tcPr>
        <w:shd w:val="clear" w:color="auto" w:fill="E9F1F5" w:themeFill="accent5" w:themeFillTint="33"/>
      </w:tcPr>
    </w:tblStylePr>
  </w:style>
  <w:style w:type="table" w:styleId="ColorfulList-Accent6">
    <w:name w:val="Colorful List Accent 6"/>
    <w:uiPriority w:val="72"/>
    <w:basedOn w:val="TableNormal"/>
    <w:pPr>
      <w:spacing w:after="0" w:line="240" w:lineRule="auto"/>
    </w:pPr>
    <w:rPr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EF7F4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58EA6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BE3" w:themeFill="accent6" w:themeFillTint="3f"/>
      </w:tcPr>
    </w:tblStylePr>
    <w:tblStylePr w:type="band1Horz">
      <w:tblPr/>
      <w:tcPr>
        <w:shd w:val="clear" w:color="auto" w:fill="FDEFE9" w:themeFill="accent6" w:themeFillTint="33"/>
      </w:tcPr>
    </w:tblStylePr>
  </w:style>
  <w:style w:type="table" w:styleId="ColorfulGrid">
    <w:name w:val="Colorful Grid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7E7E7" w:themeFill="text1" w:themeFillTint="33"/>
    </w:tcPr>
    <w:tblStylePr w:type="firstRow">
      <w:rPr>
        <w:b/>
        <w:bCs/>
      </w:rPr>
      <w:tblPr/>
      <w:tcPr>
        <w:shd w:val="clear" w:color="auto" w:fill="CCCCCC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CCCCCC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BDBDBD" w:themeFill="text1" w:themeFillTint="7f"/>
      </w:tcPr>
    </w:tblStylePr>
    <w:tblStylePr w:type="band1Horz">
      <w:tblPr/>
      <w:tcPr>
        <w:shd w:val="clear" w:color="auto" w:fill="BDBDBD" w:themeFill="text1" w:themeFillTint="7f"/>
      </w:tcPr>
    </w:tblStylePr>
  </w:style>
  <w:style w:type="table" w:styleId="ColorfulGrid-Accent1">
    <w:name w:val="Colorful Grid Accent 1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9EDF4" w:themeFill="accent1" w:themeFillTint="33"/>
    </w:tcPr>
    <w:tblStylePr w:type="firstRow">
      <w:rPr>
        <w:b/>
        <w:bCs/>
      </w:rPr>
      <w:tblPr/>
      <w:tcPr>
        <w:shd w:val="clear" w:color="auto" w:fill="D0D8E8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D0D8E8" w:themeFill="accent1" w:themeFillTint="66"/>
      </w:tcPr>
    </w:tblStylePr>
    <w:tblStylePr w:type="firstCol">
      <w:rPr>
        <w:color w:val="FFFFFF"/>
      </w:rPr>
      <w:tblPr/>
      <w:tcPr>
        <w:shd w:val="clear" w:color="auto" w:fill="376092" w:themeFill="accent1" w:themeFillShade="bf"/>
      </w:tcPr>
    </w:tblStylePr>
    <w:tblStylePr w:type="lastCol">
      <w:rPr>
        <w:color w:val="FFFFFF"/>
      </w:rPr>
      <w:tblPr/>
      <w:tcPr>
        <w:shd w:val="clear" w:color="auto" w:fill="376092" w:themeFill="accent1" w:themeFillShade="bf"/>
      </w:tcPr>
    </w:tblStylePr>
    <w:tblStylePr w:type="band1Vert">
      <w:tblPr/>
      <w:tcPr>
        <w:shd w:val="clear" w:color="auto" w:fill="C2CDE1" w:themeFill="accent1" w:themeFillTint="7f"/>
      </w:tcPr>
    </w:tblStylePr>
    <w:tblStylePr w:type="band1Horz">
      <w:tblPr/>
      <w:tcPr>
        <w:shd w:val="clear" w:color="auto" w:fill="C2CDE1" w:themeFill="accent1" w:themeFillTint="7f"/>
      </w:tcPr>
    </w:tblStylePr>
  </w:style>
  <w:style w:type="table" w:styleId="ColorfulGrid-Accent2">
    <w:name w:val="Colorful Grid Accent 2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4E9E9" w:themeFill="accent2" w:themeFillTint="33"/>
    </w:tcPr>
    <w:tblStylePr w:type="firstRow">
      <w:rPr>
        <w:b/>
        <w:bCs/>
      </w:rPr>
      <w:tblPr/>
      <w:tcPr>
        <w:shd w:val="clear" w:color="auto" w:fill="E8D0D0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8D0D0" w:themeFill="accent2" w:themeFillTint="66"/>
      </w:tcPr>
    </w:tblStylePr>
    <w:tblStylePr w:type="firstCol">
      <w:rPr>
        <w:color w:val="FFFFFF"/>
      </w:rPr>
      <w:tblPr/>
      <w:tcPr>
        <w:shd w:val="clear" w:color="auto" w:fill="953735" w:themeFill="accent2" w:themeFillShade="bf"/>
      </w:tcPr>
    </w:tblStylePr>
    <w:tblStylePr w:type="lastCol">
      <w:rPr>
        <w:color w:val="FFFFFF"/>
      </w:rPr>
      <w:tblPr/>
      <w:tcPr>
        <w:shd w:val="clear" w:color="auto" w:fill="953735" w:themeFill="accent2" w:themeFillShade="bf"/>
      </w:tcPr>
    </w:tblStylePr>
    <w:tblStylePr w:type="band1Vert">
      <w:tblPr/>
      <w:tcPr>
        <w:shd w:val="clear" w:color="auto" w:fill="E2C3C2" w:themeFill="accent2" w:themeFillTint="7f"/>
      </w:tcPr>
    </w:tblStylePr>
    <w:tblStylePr w:type="band1Horz">
      <w:tblPr/>
      <w:tcPr>
        <w:shd w:val="clear" w:color="auto" w:fill="E2C3C2" w:themeFill="accent2" w:themeFillTint="7f"/>
      </w:tcPr>
    </w:tblStylePr>
  </w:style>
  <w:style w:type="table" w:styleId="ColorfulGrid-Accent3">
    <w:name w:val="Colorful Grid Accent 3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FF3EA" w:themeFill="accent3" w:themeFillTint="33"/>
    </w:tcPr>
    <w:tblStylePr w:type="firstRow">
      <w:rPr>
        <w:b/>
        <w:bCs/>
      </w:rPr>
      <w:tblPr/>
      <w:tcPr>
        <w:shd w:val="clear" w:color="auto" w:fill="DEE7D1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EE7D1" w:themeFill="accent3" w:themeFillTint="66"/>
      </w:tcPr>
    </w:tblStylePr>
    <w:tblStylePr w:type="firstCol">
      <w:rPr>
        <w:color w:val="FFFFFF"/>
      </w:rPr>
      <w:tblPr/>
      <w:tcPr>
        <w:shd w:val="clear" w:color="auto" w:fill="76933C" w:themeFill="accent3" w:themeFillShade="bf"/>
      </w:tcPr>
    </w:tblStylePr>
    <w:tblStylePr w:type="lastCol">
      <w:rPr>
        <w:color w:val="FFFFFF"/>
      </w:rPr>
      <w:tblPr/>
      <w:tcPr>
        <w:shd w:val="clear" w:color="auto" w:fill="76933C" w:themeFill="accent3" w:themeFillShade="bf"/>
      </w:tcPr>
    </w:tblStylePr>
    <w:tblStylePr w:type="band1Vert">
      <w:tblPr/>
      <w:tcPr>
        <w:shd w:val="clear" w:color="auto" w:fill="D5E0C4" w:themeFill="accent3" w:themeFillTint="7f"/>
      </w:tcPr>
    </w:tblStylePr>
    <w:tblStylePr w:type="band1Horz">
      <w:tblPr/>
      <w:tcPr>
        <w:shd w:val="clear" w:color="auto" w:fill="D5E0C4" w:themeFill="accent3" w:themeFillTint="7f"/>
      </w:tcPr>
    </w:tblStylePr>
  </w:style>
  <w:style w:type="table" w:styleId="ColorfulGrid-Accent4">
    <w:name w:val="Colorful Grid Accent 4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EAF0" w:themeFill="accent4" w:themeFillTint="33"/>
    </w:tcPr>
    <w:tblStylePr w:type="firstRow">
      <w:rPr>
        <w:b/>
        <w:bCs/>
      </w:rPr>
      <w:tblPr/>
      <w:tcPr>
        <w:shd w:val="clear" w:color="auto" w:fill="D8D3E0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D8D3E0" w:themeFill="accent4" w:themeFillTint="66"/>
      </w:tcPr>
    </w:tblStylePr>
    <w:tblStylePr w:type="firstCol">
      <w:rPr>
        <w:color w:val="FFFFFF"/>
      </w:rPr>
      <w:tblPr/>
      <w:tcPr>
        <w:shd w:val="clear" w:color="auto" w:fill="604A7B" w:themeFill="accent4" w:themeFillShade="bf"/>
      </w:tcPr>
    </w:tblStylePr>
    <w:tblStylePr w:type="lastCol">
      <w:rPr>
        <w:color w:val="FFFFFF"/>
      </w:rPr>
      <w:tblPr/>
      <w:tcPr>
        <w:shd w:val="clear" w:color="auto" w:fill="604A7B" w:themeFill="accent4" w:themeFillShade="bf"/>
      </w:tcPr>
    </w:tblStylePr>
    <w:tblStylePr w:type="band1Vert">
      <w:tblPr/>
      <w:tcPr>
        <w:shd w:val="clear" w:color="auto" w:fill="CDC6D7" w:themeFill="accent4" w:themeFillTint="7f"/>
      </w:tcPr>
    </w:tblStylePr>
    <w:tblStylePr w:type="band1Horz">
      <w:tblPr/>
      <w:tcPr>
        <w:shd w:val="clear" w:color="auto" w:fill="CDC6D7" w:themeFill="accent4" w:themeFillTint="7f"/>
      </w:tcPr>
    </w:tblStylePr>
  </w:style>
  <w:style w:type="table" w:styleId="ColorfulGrid-Accent5">
    <w:name w:val="Colorful Grid Accent 5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9F1F5" w:themeFill="accent5" w:themeFillTint="33"/>
    </w:tcPr>
    <w:tblStylePr w:type="firstRow">
      <w:rPr>
        <w:b/>
        <w:bCs/>
      </w:rPr>
      <w:tblPr/>
      <w:tcPr>
        <w:shd w:val="clear" w:color="auto" w:fill="D0E3EA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D0E3EA" w:themeFill="accent5" w:themeFillTint="66"/>
      </w:tcPr>
    </w:tblStylePr>
    <w:tblStylePr w:type="firstCol">
      <w:rPr>
        <w:color w:val="FFFFFF"/>
      </w:rPr>
      <w:tblPr/>
      <w:tcPr>
        <w:shd w:val="clear" w:color="auto" w:fill="31859B" w:themeFill="accent5" w:themeFillShade="bf"/>
      </w:tcPr>
    </w:tblStylePr>
    <w:tblStylePr w:type="lastCol">
      <w:rPr>
        <w:color w:val="FFFFFF"/>
      </w:rPr>
      <w:tblPr/>
      <w:tcPr>
        <w:shd w:val="clear" w:color="auto" w:fill="31859B" w:themeFill="accent5" w:themeFillShade="bf"/>
      </w:tcPr>
    </w:tblStylePr>
    <w:tblStylePr w:type="band1Vert">
      <w:tblPr/>
      <w:tcPr>
        <w:shd w:val="clear" w:color="auto" w:fill="C2DBE5" w:themeFill="accent5" w:themeFillTint="7f"/>
      </w:tcPr>
    </w:tblStylePr>
    <w:tblStylePr w:type="band1Horz">
      <w:tblPr/>
      <w:tcPr>
        <w:shd w:val="clear" w:color="auto" w:fill="C2DBE5" w:themeFill="accent5" w:themeFillTint="7f"/>
      </w:tcPr>
    </w:tblStylePr>
  </w:style>
  <w:style w:type="table" w:styleId="ColorfulGrid-Accent6">
    <w:name w:val="Colorful Grid Accent 6"/>
    <w:uiPriority w:val="73"/>
    <w:basedOn w:val="TableNormal"/>
    <w:pPr>
      <w:spacing w:after="0" w:line="240" w:lineRule="auto"/>
    </w:pPr>
    <w:rPr>
      <w:color w:val="000000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DEFE9" w:themeFill="accent6" w:themeFillTint="33"/>
    </w:tcPr>
    <w:tblStylePr w:type="firstRow">
      <w:rPr>
        <w:b/>
        <w:bCs/>
      </w:rPr>
      <w:tblPr/>
      <w:tcPr>
        <w:shd w:val="clear" w:color="auto" w:fill="FCDDCF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CDDCF" w:themeFill="accent6" w:themeFillTint="66"/>
      </w:tcPr>
    </w:tblStylePr>
    <w:tblStylePr w:type="firstCol">
      <w:rPr>
        <w:color w:val="FFFFFF"/>
      </w:rPr>
      <w:tblPr/>
      <w:tcPr>
        <w:shd w:val="clear" w:color="auto" w:fill="E46C0A" w:themeFill="accent6" w:themeFillShade="bf"/>
      </w:tcPr>
    </w:tblStylePr>
    <w:tblStylePr w:type="lastCol">
      <w:rPr>
        <w:color w:val="FFFFFF"/>
      </w:rPr>
      <w:tblPr/>
      <w:tcPr>
        <w:shd w:val="clear" w:color="auto" w:fill="E46C0A" w:themeFill="accent6" w:themeFillShade="bf"/>
      </w:tcPr>
    </w:tblStylePr>
    <w:tblStylePr w:type="band1Vert">
      <w:tblPr/>
      <w:tcPr>
        <w:shd w:val="clear" w:color="auto" w:fill="FBD3C1" w:themeFill="accent6" w:themeFillTint="7f"/>
      </w:tcPr>
    </w:tblStylePr>
    <w:tblStylePr w:type="band1Horz">
      <w:tblPr/>
      <w:tcPr>
        <w:shd w:val="clear" w:color="auto" w:fill="FBD3C1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 Love Character</cp:lastModifiedBy>
  <cp:revision>1</cp:revision>
  <dcterms:created xsi:type="dcterms:W3CDTF">2013-12-23T23:15:00Z</dcterms:created>
  <dcterms:modified xsi:type="dcterms:W3CDTF">2026-09-09T06:17:08Z</dcterms:modified>
  <cp:version>1300.0100.01</cp:version>
</cp:coreProperties>
</file>